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"Республика Бурятия - 46" словами "Республика Бурятия - 54".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Бурятия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