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"Республика Дагестан - 93" словами "Республика Дагестан - 131".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Дагестан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