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"Чувашская Республика - Чаваш республики - 60" словами "Чувашская Республика - Чувашия - 68".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Чувашской Республике - Чувашии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