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"Кабардино-Балкарская Республика - 40" словами "Кабардино-Балкарская Республика - 46".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Кабардино-Балкарской Республике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