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"Астраханская область - 46" словами "Астраханская область - 53".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Астраханской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