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"Томская область - 48" словами "Томская область - 56".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Томской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