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"Новгородская область - 33" словами "Новгородская область - 41".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Новгородской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