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"Костромская область - 35" словами "Костромская область - 49".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Костромской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