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"Тульская область - 79" словами "Тульская область - 83".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Тульской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