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"Псковская область - 39" словами "Псковская область - 43".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Псковской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