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53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21.07.2007 № 187-ФЗ</w:t>
      </w:r>
    </w:p>
    <w:p>
      <w:r>
        <w:t>О внесении изменения в статью 53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внесении изменения в статью 53 Федерального закона "Об общих принципах организации местного самоуправления в Российской Федерации" Принят Государственной Думой 4 июля 2007 года Одобрен Советом Федерации 11 июля 2007 года Внести в абзац второй части 1 статьи 53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18, ст. 2117) изменение, заменив слова "решением представительного органа муниципального образования" словами "местной администрацией". Президент Российской Федерации В.Путин Москва, Кремль 21 июля 2007 года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