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"Вологодская область - 60" словами "Вологодская область - 66".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Вологодской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