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"Кемеровская область - 133" словами "Кемеровская область - 147".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Кемеровской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