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"Ханты-Мансийский автономный округ - 60" словами "Ханты-Мансийский автономный округ - 74".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Ханты-Мансийском автономном округе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