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"Ивановская область - 55" словами "Ивановская область - 62".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Ивановской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