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"Тверская область - 73" словами "Тверская область - 83".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Тверской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