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"Калининградская область - 42" словами "Калининградская область - 48".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Калининградской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