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"Кировская область - 72" словами "Кировская область - 80".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Кировской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