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"Омская область - 97" словами "Омская область - 114".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Омской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