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"Оренбургская область - 99" словами "Оренбургская область - 112".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Оренбургской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