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"Приморский край - 98" словами "Приморский край - 109".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Приморском крае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