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"Курская область - 59" словами "Курская область - 66".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Курской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