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"Тамбовская область - 57" словами "Тамбовская область - 60".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Тамбовской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