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"Амурская область - 45" словами "Амурская область - 49".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Амурской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