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"Нижегородская область - 164" словами "Нижегородская область - 176".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Нижегородской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