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"Ульяновская область - 66" словами "Ульяновская область - 71".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Ульяновской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