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"Калужская область - 48" словами "Калужская область - 55".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Калужской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