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"Самарская область - 147" словами "Самарская область - 162".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Самарской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