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"Владимирская область - 72" словами "Владимирская область - 75".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во Владимирской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