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утратившей силу части второй статьи 13 Федерального закона "О введении в действие части четвертой Гражданского кодекса Российской Федерации"</w:t>
      </w:r>
    </w:p>
    <w:p>
      <w:r>
        <w:rPr>
          <w:b/>
        </w:rPr>
        <w:t>Статья 1</w:t>
      </w:r>
    </w:p>
    <w:p>
      <w:r>
        <w:t>Часть вторую статьи 13 Федерального закона от 18 декабря 2006 года № 231-ФЗ "О введении в действие части четвертой Гражданского кодекса Российской Федерации" (Собрание законодательства Российской Федерации, 2006, № 52, ст. 5497) признать утратившей силу.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