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регулировании вопросов собственности Союзного государства</w:t>
      </w:r>
    </w:p>
    <w:p>
      <w:r>
        <w:rPr>
          <w:b/>
        </w:rPr>
        <w:t>Статья None. Федеральный закон   от 24.07.2007 № 200-ФЗ</w:t>
      </w:r>
    </w:p>
    <w:p>
      <w:r>
        <w:t>О ратификации Соглашения между Российской Федерацией и Республикой Беларусь о регулировании вопросов собственности Союзного государства РОССИЙСКАЯ ФЕДЕРАЦИЯ ФЕДЕРАЛЬНЫЙ ЗАКОН О ратификации Соглашения между Российской Федерацией и Республикой Беларусь о регулировании вопросов собственности Союзного государства Принят Государственной Думой 6 июля 2007 года Одобрен Советом Федерации 11 июля 2007 года Ратифицировать Соглашение между Российской Федерацией и Республикой Беларусь о регулировании вопросов собственности Союзного государства, подписанное в городе Санкт-Петербурге 24 января 2006 года. Президент Российской Федерации В.Путин Москва, Кремль 24 июля 2007 года № 200-ФЗ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