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"Пермский край - 135" словами "Пермский край - 146".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Пермском крае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