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Монголией о правовой помощи и правовых отношениях по гражданским и уголовным делам и Протокола к Договору между Российской Федерацией и Монголией о правовой помощи и правовых отношениях по гражданским и уголовным делам от 20 апреля 1999 г.</w:t>
      </w:r>
    </w:p>
    <w:p>
      <w:r>
        <w:rPr>
          <w:b/>
        </w:rPr>
        <w:t>Статья None. Федеральный закон   от 30.10.2007 № 236-ФЗ</w:t>
      </w:r>
    </w:p>
    <w:p>
      <w:r>
        <w:t>О ратификации Договора между Российской Федерацией и Монголией о правовой помощи и правовых отношениях по гражданским и уголовным делам и Протокола к Договору между Российской Федерацией и Монголией о правовой помощи и правовых отношениях по гражданским и уголовным делам от 20 апреля 1999 г. РОССИЙСКАЯ ФЕДЕРАЦИЯ ФЕДЕРАЛЬНЫЙ ЗАКОН О ратификации Договора между Российской Федерацией и Монголией о правовой помощи и правовых отношениях по гражданским и уголовным делам и Протокола к Договору между Российской Федерацией и Монголией о правовой помощи и правовых отношениях по гражданским и уголовным делам от 20 апреля 1999 г. Принят Государственной Думой 3 октября 2007 года Одобрен Советом Федерации 17 октября 2007 года Ратифицировать Договор между Российской Федерацией и Монголией о правовой помощи и правовых отношениях по гражданским и уголовным делам, подписанный в городе Улан-Баторе 20 апреля 1999 года, и Протокол к Договору между Российской Федерацией и Монголией о правовой помощи и правовых отношениях по гражданским и уголовным делам от 20 апреля 1999 г., подписанный в городе Улан-Баторе 12 сентября 2002 года. Президент Российской Федерации В.Путин Москва, Кремль 30 октября 2007 года № 236-ФЗ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