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5287-5302; 2007, № 26, ст. 3078-3085; № 30, ст. 3761-3795; № 31, ст. 4004, 4005) изменение, заменив слова "Пензенская область - 69" словами "Пензенская область - 75".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Пензенской области в 2007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