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4005) изменение, заменив слова "Республика Северная Осетия - Алания - 29" словами "Республика Северная Осетия - Алания - 35".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Республике Северная Осетия - Алания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