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4005) изменение, заменив слова "Сахалинская область - 30" словами "Сахалинская область - 33".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Сахалинской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