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2007 год"</w:t>
      </w:r>
    </w:p>
    <w:p>
      <w:r>
        <w:rPr>
          <w:b/>
        </w:rPr>
        <w:t>Статья None. Федеральный закон   от 23.11.2007 № 267-ФЗ</w:t>
      </w:r>
    </w:p>
    <w:p>
      <w:r>
        <w:t>О внесении изменений в Федеральный закон "О федеральном бюджете на 2007 год" РОССИЙСКАЯ ФЕДЕРАЦИЯ ФЕДЕРАЛЬНЫЙ ЗАКОН О внесении изменений в Федеральный закон "О федеральном бюджете на 2007 год" Принят Государственной Думой 7 ноября 2007 года Одобрен Советом Федерации 16 ноября 2007 года Статья 1 Внести в Федеральный закон от 19 декабря 2006 года № 238-ФЗ "О федеральном бюджете на 2007 год" (Собрание законодательства Российской Федерации, 2006, № 52, ст. 5504; 2007, № 21, ст. 2460; № 25, ст. 2975; № 30, ст. 3746) следующие изменения: 1) в статье 1: а) в части 1 слова "в сумме 5 463 479 900,0 тыс. рублей" заменить словами "в сумме 6 531 389 321,7 тыс. рублей", слова "в сумме 6 965 317 200,0 тыс. рублей" заменить словами "в сумме 7 443 923 412,0 тыс. рублей"; б) в части 2 слова "в сумме 1 501 837 300,0 тыс. рублей" заменить словами "в сумме 912 534 090,3 тыс. рублей"; 2) в части 1 статьи 3 слова "в сумме до 22 729 522,9 тыс. рублей" заменить словами "в сумме до 57 027 903,9 тыс. рублей"; 3) в части 1 статьи 36 слова "в сумме до 4 155 896,8 тыс. рублей" заменить словами "в сумме до 4 398 595,1 тыс. рублей"; 4) в пункте 7 части 1 статьи 38 цифры "85 1 ," исключить; 5) в статье 43: а) в части 1 слова "в сумме 35 461 321,0 тыс. рублей" заменить словами "в сумме 35 621 225,0 тыс. рублей"; б) в пункте 5 части 2 слова "в сумме 6 174 358,0 тыс. рублей" заменить словами "в сумме 6 334 262,0 тыс. рублей"; 6) в статье 45: а) в части 1 слова "в сумме 18 053 567,7 тыс. рублей" заменить словами "в сумме 24 202 768,7 тыс. рублей"; б) в части 2 слова "в сумме 31 583 744,8 тыс. рублей" заменить словами "в сумме 18 270 344,8 тыс. рублей"; в) часть 3 изложить в следующей редакции: "3. Утвердить в составе раздела "Межбюджетные трансферты" функциональной классификации расходов бюджетов Российской Федерации субсидии бюджетам субъектов Российской Федерации на ликвидацию межтерриториального перекрестного субсидирования в электроэнергетике в сумме 13 313 392,4 тыс. рублей. Порядок, методика расчета, условия предоставления и распределение указанных субсидий между субъектами Российской Федерации устанавливаются Правительством Российской Федерации."; 7) в части 1 статьи 46 слова "в сумме 6 015 980,5 тыс. рублей" заменить словами "в сумме 5 470 980,5 тыс. рублей"; 8) в части 1 статьи 47: а) в пункте 9: в абзаце первом слова "в сумме 19 786 900,0 тыс. рублей" заменить словами "в сумме 20 786 900,0 тыс. рублей"; в подпункте "б": абзац второй после слова "переработки," дополнить словами "отечественной муки для производства хлебобулочных изделий, сухого и концентрированного молока, вспомогательного сырья и материалов, транспортных услуг, связанных с производством молочной продукции,"; дополнить абзацем следующего содержания: "в 2007 году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по инвестиционным кредитам, полученным ими на срок до восьми лет на строительство и реконструкцию пунктов по приемке, первичной переработке, хранению молока и мяса;"; б) в пункте 12 слова "в сумме 11 679 994,7 тыс. рублей" заменить словами "в сумме 11 427 855,4 тыс. рублей"; в) в пункте 15 слова "в сумме 11 088 420,0 тыс. рублей" заменить словами "в сумме 8 316 315,0 тыс. рублей"; г) в пункте 25 слова "в сумме 1 300 000,0 тыс. рублей" заменить словами "в сумме 2 806 312,8 тыс. рублей"; д) дополнить пунктами 26-30 следующего содержания: "26) субсидии бюджетам субъектов Российской Федерации для возмещения ущерба, нанесенного сельскохозяйственным товаропроизводителям в связи с гибелью посевов сельскохозяйственных культур и многолетних плодовых насаждений вследствие аномальных гидрометеорологических условий в 2007 году, в сумме 1 300 000,0 тыс. рублей с распределением по субъектам Российской Федерации согласно приложению 63 к настоящему Федеральному закону. Предоставление указанных субсидий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по согласованию с Министерством финансов Российской Федерации; 27) субсидии бюджетам субъектов Российской Федерации на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 сумме 990 000,0 тыс. рублей с распределением между субъектами Российской Федерации согласно приложению 64 к настоящему Федеральному закону, предоставляемые в порядке, установленном Правительством Российской Федерации; 28) субсидию бюджету Пермского края на осуществление мероприятий, связанных с переселением граждан из зоны вероятных разрушений в результате техногенной аварии, вызванной затоплением рудника Верхнекамского месторождения калийно-магниевых солей в городе Березники, в сумме 1 858 700,0 тыс. рублей, предоставляемую в порядке, устанавливаемом Министерством финансов Российской Федерации; 29) субсидию бюджету Сахалинской области на ликвидацию последствий землетрясения в сумме 5 500 000,0 тыс. рублей, предоставляемую в порядке, устанавливаемом Министерством финансов Российской Федерации; 30) дотацию бюджету Чеченской Республики в сумме 19 000 000,0 тыс. рублей."; 9) часть 3 статьи 49 признать утратившей силу; 10) в статье 50: а) в части 1 слова "в сумме 155 568 482,9 тыс. рублей" заменить словами "в сумме 148 801 619,6 тыс. рублей"; б) в части 2: в пункте 1 слова "в сумме 81 712 621,4 тыс. рублей" заменить словами "в сумме 72 712 621,4 тыс. рублей", слова "резерв в сумме 9 000 000,0 тыс. рублей" заменить словами "резерв в сумме 7 212 621,4 тыс. рублей"; в пункте 4 слова "в сумме 9 527 376,4 тыс. рублей" заменить словами "в сумме 12 027 376,4 тыс. рублей"; пункт 7 изложить в следующей редакции: "7) субвенции бюджетам субъектов Российской Федерации на осуществление федеральных полномочий по государственной регистрации актов гражданского состояния в сумме 4 314 012,8 тыс. рублей с распределением между субъектами Российской Федерации согласно приложению 35 к настоящему Федеральному закону;"; в пункте 10 слова "в сумме 476 064,0 тыс. рублей" заменить словами "в сумме 152 713,7 тыс. рублей"; в пункте 11 слова "в сумме 34 278 159,9 тыс. рублей" заменить словами "в сумме 34 421 695,9 тыс. рублей"; в пункте 14 слова "в сумме 1 060 000,0 тыс. рублей" заменить словами "в сумме 1 189 379,6 тыс. рублей"; пункт 15 изложить в следующей редакции: "15) субвенции бюджетам субъектов Российской Федерации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Государственной противопожарной службы, содержащихся за счет средств бюджетов субъектов Российской Федерации (за исключением подразделений, созданных субъектами Российской Федерации в соответствии со статьей 5 Федерального закона от 21 декабря 1994 года № 69-ФЗ "О пожарной безопасности"), в сумме 4 523 536,1 тыс. рублей с распределением между субъектами Российской Федерации согласно приложению 43 к настоящему Федеральному закону;"; в пункте 18 слова "в сумме 677 000,0 тыс. рублей" заменить словами "в сумме 769 235,3 тыс. рублей"; 11) дополнить статьей 56-2 следующего содержания: "Статья 56-2 1. Ассигнования федерального бюджета, предусмотренные Федеральному агентству по здравоохранению и социальному развитию по разделу "Здравоохранение и спорт" функциональной классификации расходов бюджетов Российской Федерации на централизованную закупку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 сумме 46 910 000,0 тыс. рублей направляются на указанные цели в порядке и по перечню, устанавливаемым Правительством Российской Федерации.</w:t>
      </w:r>
    </w:p>
    <w:p>
      <w:r>
        <w:rPr>
          <w:b/>
        </w:rPr>
        <w:t xml:space="preserve">2. </w:t>
      </w:r>
      <w:r>
        <w:t>Лекарственные средства, централизованная закупка которых осуществляется в соответствии с частью 1 настоящей статьи, передаются Федеральным агентством по здравоохранению и социальному развитию в федеральные учреждения здравоохранения, подведомственные Федеральному медико-биологическому агентству,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установленных Правительством Российской Федерации</w:t>
      </w:r>
    </w:p>
    <w:p>
      <w:r>
        <w:rPr>
          <w:b/>
        </w:rPr>
        <w:t xml:space="preserve">3. </w:t>
      </w:r>
      <w:r>
        <w:t>Закупки лекарственных средств, предусмотренные частью 1 настоящей статьи, осуществляются с учетом данных Федерального регистра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(далее - регистр), включающего сведения о гражданах, перечисленных в статье 6 1 Федерального закона от 17 июля 1999 года № 178-ФЗ "О государственной социальной помощи", и виде заболевания. Орган, осуществляющий ведение регистра, порядок ведения регистра, включая порядок, сроки и форму представления в него сведений,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2. </w:t>
      </w:r>
      <w:r>
        <w:t>Задолженность по федеральным налогам и сборам подлежит реструктуризации при условии одновременного принятия органами государственной власти и органами местного самоуправления Чеченской Республики решения о согласии на проведение реструктуризации указанной задолженности</w:t>
      </w:r>
    </w:p>
    <w:p>
      <w:r>
        <w:rPr>
          <w:b/>
        </w:rPr>
        <w:t xml:space="preserve">3. </w:t>
      </w:r>
      <w:r>
        <w:t>Перечень организаций, задолженность которых подлежит реструктуризации, определяется Правительством Российской Федерации.";</w:t>
      </w:r>
    </w:p>
    <w:p>
      <w:r>
        <w:rPr>
          <w:b/>
        </w:rPr>
        <w:t xml:space="preserve">2. </w:t>
      </w:r>
      <w:r>
        <w:t>Поступившие на указанный в части 1 настоящей статьи счет средства направляются в соответствии со статьями 4 и 5 Федерального закона от 10 июля 2001 года № 92-ФЗ "О специальных экологических программах реабилитации радиационно загрязненных участков территории" Федеральным агентством по атомной энергии в размере 75 процентов на финансовое обеспечение специальных экологических программ, в размере 25 процентов - в бюджет Челябинской области для финансового обеспечения специальных экологических программ Челябинской области.";</w:t>
      </w:r>
    </w:p>
    <w:p>
      <w:r>
        <w:rPr>
          <w:b/>
        </w:rPr>
        <w:t xml:space="preserve">3. </w:t>
      </w:r>
      <w:r>
        <w:t>часть 1 статьи 59 изложить в следующей редакции: "1. Федеральный орган исполнительной власти, осуществляющий функции по управлению государственным имуществом, оказанию государственных услуг в сфере образования, воспитания и молодежной политики, производит в установленном законодательством Российской Федерации порядке централизованную закупку автобусов для общеобразовательных учреждений, расположенных в сельской местности, учебного и учебно-наглядного оборудования для оснащения общеобразовательных учреждений, а также обеспечение централизованного подключения общеобразовательных учреждений к сети Интернет, обеспечение приобретения стандартного (базового) набора программного обеспечения, используемого общеобразовательными учреждениями, и дополнительного пакета специализированного программного обеспечения, используемого общеобразовательными учреждениями, внедряющими инновационные образовательные программы, разработку и внедрение в образовательных учреждениях свободного программного обеспечения по перечню программ, входящих в стандартный (базовый) пакет программного обеспечения, и обеспечение мер по исключению доступа к Интернет-ресурсам, несовместимым с задачами образования и воспитания учащихся, в порядке, устанавливаемом Правительством Российской Федерации, за счет ассигнований, предусмотренных в федеральном бюджете по разделу "Образование" функциональной классификации расходов бюджетов Российской Федерации."</w:t>
      </w:r>
    </w:p>
    <w:p>
      <w:r>
        <w:rPr>
          <w:b/>
        </w:rPr>
        <w:t xml:space="preserve">3. </w:t>
      </w:r>
      <w:r>
        <w:t>дополнить статьей 62 1 следующего содержания: "Статья 62 1 Ассигнования федерального бюджета, предусмотренные федеральному органу исполнительной власти, осуществляющему функции по выработке государственной политики в сфере промышленного, оборонно-промышленного и топливно-энергетического комплексов, по разделу "Национальная оборона" функциональной классификации расходов бюджетов Российской Федерации, в сумме 700 000,0 тыс. рублей направляются им в уставный фонд федерального государственного унитарного предприятия "Конструкторское бюро транспортного машиностроения" в порядке, предусмотренном законодательством Российской Федерации, в целях приобретения части имущества федерального государственного унитарного предприятия "Омский завод транспортного машиностроения", предназначенного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p>
      <w:r>
        <w:rPr>
          <w:b/>
        </w:rPr>
        <w:t xml:space="preserve">3. </w:t>
      </w:r>
      <w:r>
        <w:t>статью 66 изложить в следующей редакции: "Статья 66 Правительство Российской Федерации вправе направить в 2007 году ассигнования федерального бюджета, предусмотренные по целевой статье "Инвестиционный фонд" функциональной классификации расходов бюджетов Российской Федерации, в сумме 1 450 000,0 тыс. рублей в качестве взноса Российской Федерации в уставный капитал открытого акционерного общества "Российский инвестиционный фонд информационно-коммуникационных технологий" в целях создания указанного открытого акционерного общества, в сумме до 25 000 000,0 тыс. рублей в качестве взноса Российской Федерации в уставный капитал открытого акционерного общества "Российская венчурная компания"."</w:t>
      </w:r>
    </w:p>
    <w:p>
      <w:r>
        <w:rPr>
          <w:b/>
        </w:rPr>
        <w:t xml:space="preserve">3. </w:t>
      </w:r>
      <w:r>
        <w:t>статью 67 изложить в следующей редакции: "Статья 67 Правительство Российской Федерации в пределах бюджетных ассигнований, предусмотренных по разделу "Национальная экономика" функциональной классификации расходов бюджетов Российской Федерации на мероприятия в топливно-энергетической области, направляет на дополнительное пенсионное обеспечение (негосударственные пенсии) работников, имеющих право на пенсионное обеспечение в соответствии с законодательством Российской Федерации и стаж работы не менее 10 лет в организациях по добыче (переработке) угля (горючих сланцев), подразделениях военизированных аварийно-спасательных частей и шахтостроительных организациях, при увольнении в связи с ликвидацией этих организаций, а также при увольнении из организаций по добыче (переработке) угля (горючих сланцев) до продажи пакета акций этих организаций, находящегося в федеральной собственности, средства в сумме не менее 750 000,0 тыс. рублей."</w:t>
      </w:r>
    </w:p>
    <w:p>
      <w:r>
        <w:rPr>
          <w:b/>
        </w:rPr>
        <w:t xml:space="preserve">3. </w:t>
      </w:r>
      <w:r>
        <w:t>дополнить статьей 71 1 следующего содержания: "Статья 71 1 1. Осуществить в 2007-2008 годах в порядке, устанавливаемом Правительством Российской Федерации, реструктуризацию задолженности по федеральным налогам и сборам, образовавшейся по состоянию на 1 января 2007 года, а также по начисленным пеням и штрафам организаций, зарегистрированных по состоянию на 1 января 2003 года на территории Чеченской Республики</w:t>
      </w:r>
    </w:p>
    <w:p>
      <w:r>
        <w:rPr>
          <w:b/>
        </w:rPr>
        <w:t xml:space="preserve">3. </w:t>
      </w:r>
      <w:r>
        <w:t>в части 1 статьи 75 слова "и Российский сельскохозяйственный банк" заменить словами ", Российский сельскохозяйственный банк и государственная корпорация "Банк развития и внешнеэкономической деятельности (Внешэкономбанк)"</w:t>
      </w:r>
    </w:p>
    <w:p>
      <w:r>
        <w:rPr>
          <w:b/>
        </w:rPr>
        <w:t xml:space="preserve">3. </w:t>
      </w:r>
      <w:r>
        <w:t>в статье 76:</w:t>
      </w:r>
    </w:p>
    <w:p>
      <w:r>
        <w:rPr>
          <w:b/>
        </w:rPr>
        <w:t xml:space="preserve">3. </w:t>
      </w:r>
      <w:r>
        <w:t>дополнить статьей 76 1 следующего содержания: "Статья 76 1 Правительство Российской Федерации вправе направить в 2007 году ассигнования федерального бюджета в сумме 5 700 000,0 тыс. рублей в качестве взноса Российской Федерации в уставный капитал открытого акционерного общества "Российский сельскохозяйственный банк" для их использования в целях кредитования крестьянских (фермерских) хозяйств, граждан, ведущих личное подсобное хозяйство, сельскохозяйственных кооперативов и формирования системы земельно-ипотечного кредитования."</w:t>
      </w:r>
    </w:p>
    <w:p>
      <w:r>
        <w:rPr>
          <w:b/>
        </w:rPr>
        <w:t xml:space="preserve">3. </w:t>
      </w:r>
      <w:r>
        <w:t>часть 4 статьи 85 признать утратившей силу</w:t>
      </w:r>
    </w:p>
    <w:p>
      <w:r>
        <w:rPr>
          <w:b/>
        </w:rPr>
        <w:t xml:space="preserve">3. </w:t>
      </w:r>
      <w:r>
        <w:t>статью 85 1 признать утратившей силу</w:t>
      </w:r>
    </w:p>
    <w:p>
      <w:r>
        <w:rPr>
          <w:b/>
        </w:rPr>
        <w:t xml:space="preserve">3. </w:t>
      </w:r>
      <w:r>
        <w:t>в части 1 статьи 95 слова "в сумме 1 363 256 345,5 тыс. рублей" заменить словами "в сумме 1 463 256 345,5 тыс. рублей"</w:t>
      </w:r>
    </w:p>
    <w:p>
      <w:r>
        <w:rPr>
          <w:b/>
        </w:rPr>
        <w:t xml:space="preserve">3. </w:t>
      </w:r>
      <w:r>
        <w:t>в пункте 3 статьи 97 слова "в сумме 3,0 млрд. долларов США" заменить словами "в сумме 4,6 млрд. долларов США"</w:t>
      </w:r>
    </w:p>
    <w:p>
      <w:r>
        <w:rPr>
          <w:b/>
        </w:rPr>
        <w:t xml:space="preserve">3. </w:t>
      </w:r>
      <w:r>
        <w:t>дополнить статьей 100 1 следующего содержания: "Статья 100 1 Правительство Российской Федерации вправе принимать решения о выплате компенсации российским юридическим лицам за убытки, понесенные ими в результате участия в погашении задолженности Алжирской Народной Демократической Республики перед Российской Федерацией поставками товаров, во исполнение Соглашения между Правительством Российской Федерации и Правительством Алжирской Народной Демократической Республики о торгово-экономических и финансовых отношениях и об урегулировании задолженности Алжирской Народной Демократической Республики перед Российской Федерацией по ранее предоставленным кредитам, подписанного 10 марта 2006 года в городе Алжире."</w:t>
      </w:r>
    </w:p>
    <w:p>
      <w:r>
        <w:rPr>
          <w:b/>
        </w:rPr>
        <w:t xml:space="preserve">3. </w:t>
      </w:r>
      <w:r>
        <w:t>в пункте 2 статьи 101 слова "в соответствии с пунктом 3 статьи 76 Бюджетного кодекса Российской Федерации" исключить</w:t>
      </w:r>
    </w:p>
    <w:p>
      <w:r>
        <w:rPr>
          <w:b/>
        </w:rPr>
        <w:t xml:space="preserve">3. </w:t>
      </w:r>
      <w:r>
        <w:t>в части 1 статьи 103 слова "по состоянию на 14 ноября 1999 года" исключить</w:t>
      </w:r>
    </w:p>
    <w:p>
      <w:r>
        <w:rPr>
          <w:b/>
        </w:rPr>
        <w:t xml:space="preserve">3. </w:t>
      </w:r>
      <w:r>
        <w:t>часть 4 статьи 106 после слов "Государственные гарантии Российской Федерации по заимствованиям юридических лиц" дополнить словами ", указанные в части 2 настоящей статьи,"</w:t>
      </w:r>
    </w:p>
    <w:p>
      <w:r>
        <w:rPr>
          <w:b/>
        </w:rPr>
        <w:t xml:space="preserve">3. </w:t>
      </w:r>
      <w:r>
        <w:t>дополнить статьей 130 1 (секретно) следующего содержания</w:t>
      </w:r>
    </w:p>
    <w:p>
      <w:r>
        <w:rPr>
          <w:b/>
        </w:rPr>
        <w:t xml:space="preserve">3. </w:t>
      </w:r>
      <w:r>
        <w:t>дополнить статьей 131 1 следующего содержания: "Статья 131 1 1. Средства от внешнеторговых операций с облученными тепловыделяющими сборками исследовательского реактора Института ядерных исследований города Ржеж Чешской Республики, поступающие на счет организации, уполномоченной Правительством Российской Федерации на заключение внешнеторговых сделок, связанных с ввозом в Российскую Федерацию облученных тепловыделяющих сборок, после уплаты налогов, сборов, иных обязательных платежей и за вычетом утверждаемых в установленном Правительством Российской Федерации порядке затрат на обращение с тепловыделяющими сборками ядерных реакторов и продуктами их переработки зачисляются на лицевой счет Федерального агентства по атомной энергии по учету средств, полученных от предпринимательской и иной приносящей доход деятельности, открытый в установленном порядке в территориальном органе Федерального казначейства</w:t>
      </w:r>
    </w:p>
    <w:p>
      <w:r>
        <w:rPr>
          <w:b/>
        </w:rPr>
        <w:t xml:space="preserve">3. </w:t>
      </w:r>
      <w:r>
        <w:t>слово "Правительство" заменить словами "1. Правительство"</w:t>
      </w:r>
    </w:p>
    <w:p>
      <w:r>
        <w:rPr>
          <w:b/>
        </w:rPr>
        <w:t xml:space="preserve">3. </w:t>
      </w:r>
      <w:r>
        <w:t>дополнить частью 2 следующего содержания: "2. Федеральный орган исполнительной власти, осуществляющий функции по управлению федеральным имуществом, в 2007 году и в последующие 2008-2010 годы вправе закрепить в оперативное управление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2. </w:t>
      </w:r>
      <w:r>
        <w:t>в подпункте "а" пункта 1 части 1 статьи 135 1 слова "в сумме 20 000 000,0 тыс. рублей" заменить словами "в сумме 20 079 000,0 тыс. рублей"</w:t>
      </w:r>
    </w:p>
    <w:p>
      <w:r>
        <w:rPr>
          <w:b/>
        </w:rPr>
        <w:t xml:space="preserve">2. </w:t>
      </w:r>
      <w:r>
        <w:t>пункт 9 части 2 статьи 137 изложить в следующей редакции: "9) распределение ассигнований федерального бюджета для предоставления субсидий на приобретение жилья гражданам, выезжающим из районов Крайнего Севера и приравненных к ним местностей, гражданам, выехавшим из указанных районов и местностей не ранее 1 января 1992 года, по субъектам Российской Федерации согласно приложению 60 к настоящему Федеральному закону."</w:t>
      </w:r>
    </w:p>
    <w:p>
      <w:r>
        <w:rPr>
          <w:b/>
        </w:rPr>
        <w:t xml:space="preserve">2. </w:t>
      </w:r>
      <w:r>
        <w:t>приложение 1 изложить в следующей редакции: "Приложение 1 к Федеральному закону "О федеральном бюджете на 2007 год" (в редакции Федерального закона "О внесении изменений в Федеральный закон "О федеральном бюджете на 2007 год") Администраторы доходов федерального бюджета* Код бюджетной классификации Российской Федерации Наименование администратора доходов федерального бюджета администратора доходов доходов федерального бюджета 1 2 3 021 Министерство промышленности и энергетики Российской Федерации 021 1 12 02040 01 0000 120 Плата за договорную акваторию и участки морского дна, полученная при пользовании недрами на территории Российской Федерации 021 1 12 02090 01 0000 120 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021 1 12 02101 01 0000 120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021 1 14 05000 01 0000 440 Доходы в виде доли прибыльной продукции государства при выполнении соглашений о разделе продукции 023 Федеральное агентство по энергетике 023 1 13 01260 01 0000 130 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Федерального агентства по энергетике, по предотвращению и ликвидации аварий, связанных с открытыми фонтанными проявлениями 048 Федеральная служба по надзору в сфере природопользования 048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049 Федеральное агентство по недропользованию 049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(за исключением участков недр, содержащих месторождения природных алмазов, общераспространенных полезных ископаемых, или участков недр местного значения) 049 1 12 02020 01 0000 120 Плата за геологическую информацию о недрах при пользовании недрами на территории Российской Федерации 049 1 12 02051 01 0000 120 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содержащих месторождения общераспространенных полезных ископаемых, участков недр местного значения, а также участков недр местного значения, используемых для целей строительства и эксплуатации подземных сооружений, не связанных с добычей полезных ископаемых) 049 1 12 02060 01 0000 120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049 1 12 02070 01 0000 120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049 1 12 02101 01 0000 120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052 Федеральное агентство водных ресурсов 052 1 12 05010 01 0000 120 Плата за пользование водными объектами, находящимися в федеральной собственности 053 Федеральное агентство лесного хозяйства 053 1 12 04000 00 0000 120 Платежи за пользование лесным фондом и лесами иных категорий** 053 1 13 01160 01 0000 130 Доходы от оказания информационно-консультационных и иных видов услуг 055 Министерство здравоохранения и социального развития Российской Федерации 055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073 Федеральное агентство по образованию 073 1 12 04000 00 0000 120 Платежи за пользование лесным фондом и лесами иных категорий** 080 Федеральное агентство по рыболовству 080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080 1 12 03000 01 0000 120 Плата за пользование водными биологическими ресурсами по межправительственным соглашениям 080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080 1 12 07010 01 0000 120 Доходы, полученные от применения рыночного механизма оборота долей, определяемых федеральными органами исполнительной власти, в общем объеме квот на вылов (добычу) водных биологических ресурсов 082 Министерство сельского хозяйства Российской Федерации 082 1 13 01120 01 0000 130 Доходы от отпуска семян из федеральных фондов семян 082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082 1 13 01170 01 0000 130 Патентные пошлины за селекционные достижения 084 Федеральное агентство связи 084 1 08 10000 01 0000 110 Государственная пошлина за получение ресурса нумерации оператором связи 084 1 08 11000 01 0000 110 Государственная пошлина за регистрацию декларации о соответствии требованиям средств связи и услуг связи 084 1 13 01100 01 0000 130 Средства отчислений операторов сети связи общего пользования в резерв универсального обслуживания 084 1 13 01250 01 0000 130 Плата пользователей радиочастотным спектром 086 Федеральная служба по надзору в сфере массовых коммуникаций, связи и охраны культурного наследия 086 1 08 07180 01 0000 110 Государственная пошлина за право вывоза культурных ценностей, предметов коллекционирования по палеонтологии и минералогии 089 Государственная фельдъегерская служба Российской Федерации 089 1 13 01190 01 0000 130 Доходы от оказания платных услуг органами Государственной фельдъегерской службы Российской Федерации 089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089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092 Министерство финансов Российской Федерации 092 1 08 08000 01 0000 110 Государственная пошлина за совершение действий уполномоченными государственными учреждениями при осуществлении федерального пробирного надзора 092 1 11 02011 01 0000 120 Доходы от размещения средств Стабилизационного фонда Российской Федерации 092 1 11 03010 01 0000 120 Проценты, полученные от предоставления бюджетных кредитов внутри страны за счет средств федерального бюджета 092 1 11 04000 00 0000 120 Проценты по государственным кредитам 092 1 11 06000 01 0000 120 Доходы от перечисления части прибыли Центрального банка Российской Федерации 092 1 13 01220 01 0000 130 Плата за услуги (работы), оказываемые Гохраном России 092 1 17 07000 01 0000 180 Средства, поступающие в федеральный бюджет в виде остатка неиспользованного долевого взноса Российской Федерации в бюджет Союзного государства прошлых лет 100 Федеральное казначейство 100 1 17 01010 01 0000 180 Невыясненные поступления, зачисляемые в федеральный бюджет 101 Федеральное агентство по атомной энергии 101 1 10 03000 01 0000 180 Доходы от реализации на экспорт высокообогащенного урана и природного сырьевого компонента низкообогащенного урана 101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101 1 13 01060 01 0000 130 Доходы от операций с продукцией особого хранения 101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106 Федеральная служба по надзору в сфере транспорта 106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106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106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108 Федеральное дорожное агентство 108 1 11 08031 01 0000 120 Доходы от эксплуатации и использования имущества автомобильных дорог, находящихся в федеральной собственности 108 1 16 24000 01 0000 140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140 Министерство экономического развития и торговли Российской Федерации 140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140 1 13 01160 01 0000 130 Доходы от оказания информационно-консультационных и иных видов услуг 141 Федеральная служба по надзору в сфере защиты прав потребителей и благополучия человека 141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141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141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143 Федеральное агентство по промышленности 143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150 Федеральная служба по труду и занятости 150 1 16 19000 01 0000 140 Денежные взыскания (штрафы) за нарушение трудового законодательства 151 Федеральная служба финансово-бюджетного надзора 151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151 1 16 18010 01 0000 140 Денежные взыскания (штрафы) за нарушение бюджетного законодательства (в части федерального бюджета) 153 Федеральная таможенная служба 153 1 04 01000 01 0000 110 Налог на добавленную стоимость на товары, ввозимые на территорию Российской Федерации 153 1 04 02000 01 0000 110 Акцизы по подакцизным товарам (продукции), ввозимым на территорию Российской Федерации 153 1 10 01000 01 0000 180 Таможенные пошлины 153 1 10 02000 01 0000 180 Таможенные сборы 153 1 10 07000 01 0000 180 Прочие поступления от внешнеэкономической деятельности 153 1 13 01090 01 0000 130 Средства, уплачиваемые импортерами таможенным органам за выдачу акцизных марок 153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153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153 1 14 03012 01 0000 410 Средства от распоряжения и реализации конфискованного и иного имущества, обращенного в доход Российской Федерации (в части реализации основных средств по указанному имуществу) 153 1 14 03012 01 0000 440 Средства от распоряжения и реализации конфискованного и иного имущества, обращенного в доход Российской Федерации (в части реализации материальных запасов по указанному имуществу) 153 1 16 04000 01 0000 140 Денежные взыскания (штрафы) за нарушение таможенного дела (таможенных правил) 157 Федеральная служба государственной статистики 157 1 13 01070 01 0000 130 Доходы от оказания платных услуг (работ), предоставления статистической информации 161 Федеральная антимонопольная служба 161 1 08 07090 01 0000 110 Государственная пошлина за рассмотрение ходатайств, предусмотренных антимонопольным законодательством 161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161 1 16 33010 01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166 Федеральное агентство по управлению федеральным имуществом 166 1 11 01010 01 0000 120 Дивиденды по акциям и доходы от прочих форм участия в капитале, находящихся в собственности Российской Федерации 166 1 11 02081 01 0000 120 Доходы от размещения сумм, аккумулируемых в ходе проведения аукционов по продаже акций, находящихся в собственности Российской Федерации 166 1 11 05021 01 0000 120 Арендная плата и поступления от продажи права на заключение договоров аренды за земли, находящиеся в федеральной собственности 166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166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166 1 11 07020 01 0000 120 Доходы от деятельности совместного предприятия "Вьетсовпетро" 166 1 14 02012 01 0000 410 Доходы от реализации имущества федеральных государственных унитарных предприятий (в части реализации основных средств по указанному имуществу) 166 1 14 02012 01 0000 440 Доходы от реализации имущества федеральных государственных унитарных предприятий (в части реализации материальных запасов по указанному имуществу) 166 1 14 02013 01 0000 410 Доходы от реализации имущества, находящегося в оперативном управлении федеральных учреждений (в части реализации основных средств по указанному имуществу) 166 1 14 02013 01 0000 440 Доходы от реализации имущества, находящегося в оперативном управлении федеральных учреждений (в части реализации материальных запасов по указанному имуществу) 166 1 14 03010 01 0000 410 Средства от распоряжения и реализации имущества, обращенного в доход Российской Федерации (в части реализации основных средств по указанному имуществу) 166 1 14 03010 01 0000 440 Средства от распоряжения и реализации имущества, обращенного в доход Российской Федерации (в части реализации материальных запасов по указанному имуществу) 168 Федеральная служба по интеллектуальной собственности, патентам и товарным знакам 168 1 08 09000 01 0000 110 Государственная пошлина за совершение уполномоченным федеральным органом исполнительной власти действий по официальной регистрации программы для электронных вычислительных машин, базы данных и топологий интегральных микросхем 168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171 Федеральное агентство по государственным резервам 171 1 13 01050 01 0000 130 Доходы от операций с государственным материальным резервом 172 Федеральное агентство по техническому регулированию и метрологии 172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172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175 Федеральное агентство по физической культуре и спорту 175 3 04 01000 01 0000 180 Целевые отчисления от всероссийских государственных лотерей 177 Министерство Российской Федерации по делам гражданской обороны, чрезвычайным ситуациям и ликвидации последствий стихийных бедствий 177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177 1 13 01140 01 0000 130 Доходы, получаемые от оказания услуг в области пожарной безопасности 177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177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177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177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177 1 16 22000 01 0000 140 Поступление сумм в возмещение причиненного военному имуществу ущерба 182 Федеральная налоговая служба 182 1 01 01000 00 0000 110 Налог на прибыль организаций** 182 1 02 01010 01 0000 110 Единый социальный налог, зачисляемый в федеральный бюджет 182 1 03 01000 01 0000 110 Налог на добавленную стоимость на товары (работы, услуги), реализуемые на территории Российской Федерации 182 1 03 02000 01 0000 110 Акцизы по подакцизным товарам (продукции), производимым на территории Российской Федерации** 182 1 04 01000 01 0000 110 Налог на добавленную стоимость на товары, ввозимые на территорию Российской Федерации 182 1 04 02000 01 0000 110 Акцизы по подакцизным товарам (продукции), ввозимым на территорию Российской Федерации 182 1 07 01000 01 0000 110 Налог на добычу полезных ископаемых** 182 1 07 02000 01 0000 110 Регулярные платежи за добычу полезных ископаемых (роялти) при выполнении соглашений о разделе продукции 182 1 07 03000 01 0000 110 Водный налог 182 1 07 04000 01 0000 110 Сборы за пользование объектами животного мира и за пользование объектами водных биологических ресурсов** 182 1 08 01000 01 0000 110 Государственная пошлина по делам, рассматриваемым в арбитражных судах 182 1 08 02010 01 0000 110 Государственная пошлина по делам, рассматриваемым Конституционным Судом Российской Федерации 182 1 08 03020 01 0000 110 Государственная пошлина по делам, рассматриваемым Верховным Судом Российской Федерации 182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182 1 09 00000 00 0000 000 Задолженность и перерасчеты по отмененным налогам, сборам и иным обязательным платежам** 182 1 09 09000 01 0000 110 Сбор за выдачу свидетельства об упрощенном декларировании доходов 182 1 12 02030 01 0000 120 Регулярные платежи за пользование недрами при пользовании недрами (ренталс) на территории Российской Федерации 182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182 1 13 01020 01 0000 130 Плата за предоставление информации, содержащейся в Едином государственном реестре налогоплательщиков 182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182 1 13 02010 01 0000 130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182 1 14 03011 01 0000 410 Средства от распоряжения и реализации выморочного имущества, обращенного в доход Российской Федерации (в части реализации основных средств по указанному имуществу) 182 1 14 03011 01 0000 440 Средства от распоряжения и реализации выморочного имущества, обращенного в доход Российской Федерации (в части реализации материальных запасов по указанному имуществу) 182 1 16 03010 01 0000 140 Денежные взыскания (штрафы) за нарушение законодательства о налогах и сборах, предусмотренные статьями 116, 117, 118, пунктами 1 и 2 статьи 120, статьями 125, 126, 128, 129, 129 1 , 132, 133, 134, 135, 135 1 Налогового кодекса Российской Федерации 182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182 1 16 31000 01 0000 140 Денежные взыскания (штрафы) за нарушение порядка работы с денежной наличностью, ведения кассовых операций и невыполнение обязанностей по контролю за соблюдением правил ведения кассовых операций 184 Служба внешней разведки Российской Федерации 184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184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184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184 1 16 22000 01 0000 140 Поступление сумм в возмещение причиненного военному имуществу ущерба 185 Федеральная служба по оборонному заказу 185 1 16 33010 01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187 Министерство обороны Российской Федерации 187 1 12 04000 00 0000 120 Платежи за пользование лесным фондом и лесами иных категорий** 187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187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187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187 1 14 02016 01 0000 410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 187 1 14 02016 01 0000 440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 187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187 1 16 22000 01 0000 140 Поступление сумм в возмещение причиненного военному имуществу ущерба 188 Министерство внутренних дел Российской Федерации 188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188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188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188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188 1 14 02016 01 0000 410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 188 1 14 02016 01 0000 440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 188 1 14 03012 01 0000 410 Средства от распоряжения и реализации конфискованного и иного имущества, обращенного в доход Российской Федерации (в части реализации основных средств по указанному имуществу) 188 1 14 03012 01 0000 440 Средства от распоряжения и реализации конфискованного и иного имущества, обращенного в доход Российской Федерации (в части реализации материальных запасов по указанному имуществу) 188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188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188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188 1 16 22000 01 0000 140 Поступление сумм в возмещение причиненного военному имуществу ущерба 188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188 1 16 31000 01 0000 140 Денежные взыскания (штрафы) за нарушение порядка работы с денежной наличностью, ведения кассовых операций и невыполнение обязанностей по контролю за соблюдением правил ведения кассовых операций 189 Федеральная служба безопасности Российской Федерации 189 1 13 01150 01 0000 130 Доходы от действий, связанных с оформлением визовых документов иностранным гражданам 189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189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189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189 1 14 02016 01 0000 410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 189 1 14 02016 01 0000 440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 189 1 14 03012 01 0000 410 Средства от распоряжения и реализации конфискованного и иного имущества, обращенного в доход Российской Федерации (в части реализации основных средств по указанному имуществу) 189 1 14 03012 01 0000 440 Средства от распоряжения и реализации конфискованного и иного имущества, обращенного в доход Российской Федерации (в части реализации материальных запасов по указанному имуществу) 189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189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189 1 16 22000 01 0000 140 Поступление сумм в возмещение причиненного военному имуществу ущерба 192 Федеральная миграционная служба 192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192 1 08 07100 01 0000 110 Государственная пошлина за выдачу и обмен паспорта гражданина Российской Федерации 192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192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202 Федеральная служба охраны Российской Федерации 202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202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202 1 16 22000 01 0000 140 Поступление сумм в возмещение причиненного военному имуществу ущерба 204 Федеральная служба Российской Федерации по контролю за оборотом наркотиков 204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204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279 Федеральное агентство специального строительства 279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279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279 1 16 22000 01 0000 140 Поступление сумм в возмещение причиненного военному имуществу ущерба 303 Управление делами Президента Российской Федерации (федеральное агентство) 303 1 11 05040 01 0000 120 Доходы от использования федерального имущества, расположенного за пределами территории Российской Федерации 303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304 Главное управление специальных программ Президента Российской Федерации 304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304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304 1 16 22000 01 0000 140 Поступление сумм в возмещение причиненного военному имуществу ущерба 307 Федеральная служба по тарифам 307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310 Министерство иностранных дел Российской Федерации 310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310 1 11 05050 01 0000 120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310 1 13 01010 01 0000 130 Консульские сборы 310 1 13 01150 01 0000 130 Доходы от действий, связанных с оформлением визовых документов иностранным гражданам 310 1 13 01160 01 0000 130 Доходы от оказания информационно-консультационных и иных видов услуг 310 1 13 01230 01 0000 130 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310 1 13 01240 01 0000 130 Доходы, взимаемые в возмещение фактических расходов, связанных с консульскими действиями 318 Министерство юстиции Российской Федерации 318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318 1 13 01080 01 0000 130 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 320 Федеральная служба исполнения наказаний 320 1 13 01270 01 0000 130 Доходы, поступающие в порядке возмещения федеральному бюджету средств, выплаченных на покрытие процессуальных издержек 320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320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320 1 17 03000 01 0000 180 Поступление средств, удерживаемых из заработной платы осужденных 321 Федеральная регистрационная служба 321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321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321 1 08 07020 01 0000 110 Государственная пошлина за государственную регистрацию прав, ограничений (обременений) прав на недвижимое имущество и сделок с ним 321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322 Федеральная служба судебных приставов 322 1 13 01270 01 0000 130 Доходы, поступающие в порядке возмещения федеральному бюджету средств, выплаченных на покрытие процессуальных издержек 322 1 15 01010 01 0000 140 Исполнительский сбор 322 1 16 17000 01 0000 140 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 322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388 Федеральное медико-биологическое агентство 388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388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415 Генеральная прокуратура Российской Федерации 415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498 Федеральная служба по экологическому, технологическому и атомному надзору 498 1 12 01000 01 0000 120 Плата за негативное воздействие на окружающую среду 498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498 1 16 11000 01 0000 140 Денежные взыскания (штрафы) за нарушение законодательства Российской Федерации об использовании атомной энергии 498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521 Федеральная служба по финансовым рынкам 521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521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521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521 1 16 15000 01 0000 140 Денежные взыскания (штрафы) за нарушение законодательства Российской Федерации о рынке ценных бумаг 521 1 16 16000 01 0000 140 Денежные взыскания (штрафы) за нарушение законодательства Российской Федерации о товарных биржах и биржевой торговле 587 Федеральная служба по техническому и экспортному контролю 587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587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587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999 Центральный банк Российской Федерации 999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999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999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999 1 16 14000 01 0000 140 Денежные взыскания (штрафы) за нарушение законодательства Российской Федерации о банках и банковской деятельности 000 Доходы, закрепляемые за всеми администраторами доходов федерального бюджета 000 1 08 07081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000 1 08 07200 01 0000 110 Прочие государственные пошлины за государственную регистрацию, а также за совершение прочих юридически значимых действий*** 000 1 10 07000 01 0000 180 Прочие поступления от внешнеэкономической деятельности 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000 1 11 05040 01 0000 120 Доходы от использования федерального имущества, расположенного за пределами территории Российской Федерации**** 000 1 11 05050 01 0000 120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000 1 11 08021 01 0000 120 Доходы от распоряжения правами на результаты научно-технической деятельности, находящимися в собственности Российской Федерации 000 1 11 08041 01 0000 120 Прочие поступления от использования имущества, находящегося в собственности Российской Федерации 000 1 12 04010 01 0000 120 Платежи за пользование лесным фондом и лесами иных категорий в части минимальных ставок платы за древесину, отпускаемую на корню*** 000 1 12 04030 01 0000 120 Плата за перевод лесных земель в нелесные и перевод земель лесного фонда в земли иных категорий*** 000 1 12 04050 01 0000 120 Арендная плата за пользование участками лесного фонда в целях, не связанных с ведением лесного хозяйства и осуществлением лесопользования*** 000 1 13 02030 00 0000 130 Прочие лицензионные сборы** 000 1 13 03010 01 0000 130 Прочие доходы от оказания платных услуг получателями средств федерального бюджета и компенсации затрат федерального бюджета 000 1 14 01010 01 0000 410 Доходы от продажи квартир, находящихся в федеральной собственности 000 1 14 02013 01 0000 410 Доходы от реализации имущества, находящегося в оперативном управлении федеральных учреждений (в части реализации основных средств по указанному имуществу)**** 000 1 14 02013 01 0000 440 Доходы от реализации имущества, находящегося в оперативном управлении федеральных учреждений (в части реализации материальных запасов по указанному имуществу)**** 000 1 14 02019 01 0000 410 Доходы от реализации иного имущества, находящегося в федеральной собственности (в части реализации основных средств по указанному имуществу)**** 000 1 14 02019 01 0000 440 Доходы от реализации иного имущества, находящегося в федеральной собственности (в части реализации материальных запасов по указанному имуществу)**** 000 1 14 03013 01 0000 440 Средства от реализации секвестрованной древесины*** 000 1 14 04010 01 0000 420 Доходы от продажи нематериальных активов, находящихся в федеральной собственности 000 1 15 02010 01 0000 140 Платежи, взимаемые федеральными государственными организациями за выполнение определенных функций 000 1 16 07000 01 0000 140 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000 1 16 10000 01 0000 140 Денежные взыскания (штрафы) за нарушение законодательства Российской Федерации о государственном оборонном заказе 000 1 16 12000 01 0000 140 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000 1 16 23010 01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федерального бюджета 000 1 16 26000 01 0000 140 Денежные взыскания (штрафы) за нарушение законодательства о рекламе 000 1 16 27000 01 0000 140 Денежные взыскания (штрафы) за нарушение Федерального закона "О пожарной безопасности" 000 1 16 32010 01 0000 140 Возмещение сумм, израсходованных незаконно или не по целевому назначению, а также доходов, полученных от их использования (в части федерального бюджета) 000 1 16 90010 01 0000 140 Прочие поступления от денежных взысканий (штрафов) и иных сумм в возмещение ущерба, зачисляемые в федеральный бюджет*** 000 1 17 05010 01 0000 180 Прочие неналоговые доходы федерального бюджета 000 1 18 01000 01 0000 000 Доходы федерального бюджета от возврата остатков субсидий и субвенций прошлых лет ______________________________ * Администраторами поступлений по подгруппе доходов "1 18 00000 00 - доходы бюджетов бюджетной системы Российской Федерации от возврата остатков субсидий и субвенций прошлых лет" (в части доходов, зачисляемых в федеральный бюджет) являются уполномоченные федеральные органы государственной власти, а также созданные ими бюджетные учреждения, предоставившие соответствующие субсидии и субвенции. Администраторами поступлений по группе доходов "2 00 00000 00 - безвозмездные поступления" (в части доходов, зачисляемых в федеральный бюджет), а также по подгруппе "3 03 00000 00 - безвозмездные поступления от предпринимательской и иной приносящей доход деятельности" (в части доходов, зачисляемых в федеральный бюджет) являются уполномоченные федеральные органы государственной власти, а также созданные ими бюджетные учреждения, являющиеся получателями указанных средств. ** В части доходов, зачисляемых в федеральный бюджет. *** Администрирование данных поступлений осуществляется как органами государственной власти Российской Федерации, иными администраторами доходов федерального бюджета, являющимися главными распорядителями средств федерального бюджета, так и органами государственной власти субъектов Российской Федерации. **** Администрирование данных поступлений осуществляется федеральными органами исполнительной власти и созданными ими бюджетными учреждениями, за которыми закреплено в установленном законодательством Российской Федерации порядке право распоряжения федеральным имуществом."</w:t>
      </w:r>
    </w:p>
    <w:p>
      <w:r>
        <w:rPr>
          <w:b/>
        </w:rPr>
        <w:t xml:space="preserve">2. </w:t>
      </w:r>
      <w:r>
        <w:t>приложение 2 изложить в следующей редакции: "Приложение 2 к Федеральному закону "О федеральном бюджете на 2007 год" (в редакции Федерального закона "О внесении изменений в Федеральный закон "О федеральном бюджете на 2007 год") Нормативы отчислений неналоговых доходов в федеральный бюджет на 2007 год (процентов) Код бюджетной классификации Российской Федерации Наименование дохода Нормативы отчислений 1 2 3 1 10 00000 00 0000 000 ДОХОДЫ ОТ ВНЕШНЕЭКОНОМИЧЕСКОЙ ДЕЯТЕЛЬНОСТИ 1 10 03000 01 0000 180 Доходы от реализации на экспорт высокообогащенного урана и природного сырьевого компонента низкообогащенного урана 100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100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100 1 10 07000 01 0000 180 Прочие поступления от внешнеэкономической деятельности 100 1 11 00000 00 0000 000 ДОХОДЫ ОТ ИСПОЛЬЗОВАНИЯ ИМУЩЕСТВА, НАХОДЯЩЕГОСЯ В ГОСУДАРСТВЕННОЙ И МУНИЦИПАЛЬНОЙ СОБСТВЕННОСТИ 1 11 01010 01 0000 120 Дивиденды по акциям и доходы от прочих форм участия в капитале, находящихся в собственности Российской Федерации 100 1 11 02010 01 0000 120 Доходы от размещения средств федерального бюджета 100 1 11 02081 01 0000 120 Доходы от размещения сумм, аккумулируемых в ходе проведения аукционов по продаже акций, находящихся в собственности Российской Федерации 100 1 11 03010 01 0000 120 Проценты, полученные от предоставления бюджетных кредитов внутри страны за счет средств федерального бюджета 100 1 11 04010 01 0000 120 Поступление средств от правительств иностранных государств, их юридических лиц в уплату процентов по кредитам, предоставленным Российской Федерацией 100 1 11 04020 01 0000 120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100 1 11 04030 01 0000 120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100 1 11 05021 01 0000 120 Арендная плата и поступления от продажи права на заключение договоров аренды за земли, находящиеся в федеральной собственности 100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100 1 11 05040 01 0000 120 Доходы от использования федерального имущества, расположенного за пределами территории Российской Федерации 100 1 11 05050 01 0000 120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100 1 11 06000 01 0000 120 Доходы от перечисления части прибыли Центрального банка Российской Федерации 100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100 1 11 07020 01 0000 120 Доходы от деятельности совместного предприятия "Вьетсовпетро" 100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100 1 11 08021 01 0000 120 Доходы от распоряжения правами на результаты научно-технической деятельности, находящимися в собственности Российской Федерации 100 1 11 08031 01 0000 120 Доходы от эксплуатации и использования имущества автомобильных дорог, находящихся в федеральной собственности 100 1 11 08041 01 0000 120 Прочие поступления от использования имущества, находящегося в собственности Российской Федерации 100 Доходы от сдачи в аренду иностранным государствам вооружения и военной техники, находящихся в федеральной собственности (подлежат зачислению по коду бюджетной классификации 1 11 08041 01 0000 120) 100 1 12 00000 00 0000 000 ПЛАТЕЖИ ПРИ ПОЛЬЗОВАНИИ ПРИРОДНЫМИ РЕСУРСАМИ 1 12 02000 01 0000 120 Платежи при пользовании недрами в соответствии со статьей 26 настоящего Федерального закона 1 12 02101 01 0000 120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100 1 12 04050 01 0000 120 Арендная плата за пользование участками лесного фонда в целях, не связанных с ведением лесного хозяйства и осуществлением лесопользования 100 1 12 05010 01 0000 120 Плата за пользование водными объектами, находящимися в федеральной собственности 100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100 1 12 07010 01 0000 120 Доходы, полученные от применения рыночного механизма оборота долей, определяемых федеральными органами исполнительной власти, в общем объеме квот на вылов (добычу) водных биологических ресурсов 100 1 13 00000 00 0000 000 ДОХОДЫ ОТ ОКАЗАНИЯ ПЛАТНЫХ УСЛУГ И КОМПЕНСАЦИИ ЗАТРАТ ГОСУДАРСТВА 1 13 01020 01 0000 130 Плата за предоставление информации, содержащейся в Едином государственном реестре налогоплательщиков 100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100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100 1 13 01050 01 0000 130 Доходы от операций с государственным материальным резервом 100 1 13 01060 01 0000 130 Доходы от операций с продукцией особого хранения 100 1 13 01070 01 0000 130 Доходы от оказания платных услуг (работ), предоставления статистической информации 100 1 13 01080 01 0000 130 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 100 1 13 01090 01 0000 130 Средства, уплачиваемые импортерами таможенным органам за выдачу акцизных марок 100 1 13 01100 01 0000 130 Средства отчислений операторов сети связи общего пользования в резерв универсального обслуживания 100 1 13 01120 01 0000 130 Доходы от отпуска семян из федеральных фондов семян 100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100 1 13 01140 01 0000 130 Доходы, получаемые от оказания услуг в области пожарной безопасности 100 1 13 01150 01 0000 130 Доходы от действий, связанных с оформлением визовых документов иностранным гражданам 100 1 13 01160 01 0000 130 Доходы от оказания информационно-консультационных и иных видов услуг 100 1 13 01170 01 0000 130 Патентные пошлины за селекционные достижения 100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100 1 13 01190 01 0000 130 Доходы от оказания платных услуг органами Государственной фельдъегерской службы Российской Федерации 100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100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100 1 13 01220 01 0000 130 Плата за услуги (работы), оказываемые Гохраном России 100 1 13 01230 01 0000 130 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100 1 13 01240 01 0000 130 Доходы, взимаемые в возмещение фактических расходов, связанных с консульскими действиями 100 1 13 01250 01 0000 130 Плата пользователей радиочастотным спектром 100 1 13 01260 01 0000 130 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Федерального агентства по энергетике, по предотвращению и ликвидации аварий, связанных с открытыми фонтанными проявлениями 100 1 13 01270 01 0000 130 Доходы, поступающие в порядке возмещения федеральному бюджету средств, выплаченных на покрытие процессуальных издержек 100 1 13 02031 01 0000 130 Прочие сборы за выдачу лицензий федеральными органами исполнительной власти Средства, полученные за выдачу лицензий, разрешений и сертификатов, предусмотренных Федеральным законом от 13 декабря 1996 года № 150-ФЗ "Об оружии", а также за продление срока их действия (подлежат зачислению по коду бюджетной классификации 1 13 02031 01 0000 130) 100 100 1 13 03010 01 0000 130 Прочие доходы от оказания платных услуг получателями средств федерального бюджета и компенсации затрат федерального бюджета 100 1 14 00000 00 0000 000 ДОХОДЫ ОТ ПРОДАЖИ МАТЕРИАЛЬНЫХ И НЕМАТЕРИАЛЬНЫХ АКТИВОВ 1 14 01010 01 0000 410 Доходы от продажи квартир, находящихся в федеральной собственности 100 1 14 02010 01 0000 410 Доходы от реализации имущества, находящегося в собственности Российской Федерации (в части реализации основных средств по указанному имуществу) 100 1 14 02010 01 0000 440 Доходы от реализации имущества, находящегося в собственности Российской Федерации (в части реализации материальных запасов по указанному имуществу) 100 1 14 03010 01 0000 410 Средства от распоряжения и реализации имущества, обращенного в доход Российской Федерации (в части реализации основных средств по указанному имуществу) 100 1 14 03010 01 0000 440 Средства от распоряжения и реализации имущества, обращенного в доход Российской Федерации (в части реализации материальных запасов по указанному имуществу) 100 1 14 04010 01 0000 420 Доходы от продажи нематериальных активов, находящихся в федеральной собственности 100 1 14 05000 01 0000 440 Доходы в виде доли прибыльной продукции государства при выполнении соглашений о разделе продукции в соответствии со статьей 19 настоящего Федерального закона 1 15 00000 00 0000 000 АДМИНИСТРАТИВНЫЕ ПЛАТЕЖИ И СБОРЫ 1 15 01010 01 0000 140 Исполнительский сбор 100 1 15 02010 01 0000 140 Платежи, взимаемые федеральными государственными организациями за выполнение определенных функций 100 1 16 00000 00 0000 000 ШТРАФЫ, САНКЦИИ, ВОЗМЕЩЕНИЕ УЩЕРБА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100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100 1 16 03010 01 0000 140 Денежные взыскания (штрафы) за нарушение законодательства о налогах и сборах, предусмотренные статьями 116, 117, 118, пунктами 1 и 2 статьи 120, статьями 125, 126, 128, 129, 129 1 , 132, 133, 134, 135, 135 1 Налогового кодекса Российской Федерации в соответствии со статьей 10 настоящего Федерального закона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в соответствии со статьей 10 настоящего Федерального закона 1 16 04000 01 0000 140 Денежные взыскания (штрафы) за нарушение таможенного дела (таможенных правил) 100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100 1 16 07000 01 0000 140 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100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100 1 16 10000 01 0000 140 Денежные взыскания (штрафы) за нарушение законодательства Российской Федерации о государственном оборонном заказе 100 1 16 11000 01 0000 140 Денежные взыскания (штрафы) за нарушение законодательства Российской Федерации об использовании атомной энергии 100 1 16 12000 01 0000 140 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100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100 1 16 14000 01 0000 140 Денежные взыскания (штрафы) за нарушение законодательства Российской Федерации о банках и банковской деятельности 100 1 16 15000 01 0000 140 Денежные взыскания (штрафы) за нарушение законодательства Российской Федерации о рынке ценных бумаг 100 1 16 16000 01 0000 140 Денежные взыскания (штрафы) за нарушение законодательства Российской Федерации о товарных биржах и биржевой торговле 100 1 16 17000 01 0000 140 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 100 1 16 18010 01 0000 140 Денежные взыскания (штрафы) за нарушение бюджетного законодательства (в части федерального бюджета) 100 1 16 19000 01 0000 140 Денежные взыскания (штрафы) за нарушение трудового законодательства 100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100 1 16 22000 01 0000 140 Поступление сумм в возмещение причиненного военному имуществу ущерба 100 1 16 23010 01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федерального бюджета 100 1 16 24000 01 0000 140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100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100 1 16 31000 01 0000 140 Денежные взыскания (штрафы) за нарушение порядка работы с денежной наличностью, ведения кассовых операций и невыполнение обязанностей по контролю за соблюдением правил ведения кассовых операций 100 1 16 32010 01 0000 140 Возмещение сумм, израсходованных незаконно или не по целевому назначению, а также доходов, полученных от их использования (в части федерального бюджета) 100 1 16 33010 01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100 1 16 90010 01 0000 140 Прочие поступления от денежных взысканий (штрафов) и иных сумм в возмещение ущерба, зачисляемые в федеральный бюджет 100 Суммы денежных взысканий (неустоек) за нарушение Правил отпуска древесины на корню в лесах Российской Федерации, утвержденных постановлением Правительства Российской Федерации от 1 июня 1998 года № 551, а также денежных взысканий за ущерб, причиненный лесному фонду и не входящим в лесной фонд лесам нарушением лесного законодательства Российской Федерации, в соответствии с таксами, утвержденными постановлением Правительства Российской Федерации от 21 мая 2001 года № 388 (подлежат зачислению по коду бюджетной классификации 1 16 90010 01 0000 140) 100 1 17 00000 00 0000 000 ПРОЧИЕ НЕНАЛОГОВЫЕ ДОХОДЫ 1 17 01010 01 0000 180 Невыясненные поступления, зачисляемые в федеральный бюджет 100 1 17 03000 01 0000 180 Поступление средств, удерживаемых из заработной платы осужденных 100 1 17 05010 01 0000 180 Прочие неналоговые доходы федерального бюджета Средства, получаемые таможенными органами, являющимися владельцами складов временного хранения и таможенных складов, в счет возмещения затрат на хранение товаров (подлежат зачислению по коду бюджетной классификации 1 17 05010 01 0000 180) 100 100 "</w:t>
      </w:r>
    </w:p>
    <w:p>
      <w:r>
        <w:rPr>
          <w:b/>
        </w:rPr>
        <w:t xml:space="preserve">2. </w:t>
      </w:r>
      <w:r>
        <w:t>приложение 7 изложить в следующей редакции: "Приложение 7 к Федеральному закону "О федеральном бюджете на 2007 год" (в редакции Федерального закона "О внесении изменений в Федеральный закон "О федеральном бюджете на 2007 год") Поступления доходов в федеральный бюджет в 2007 году (тыс. рублей) Код бюджетной классификации Российской Федерации Наименование доходов Сумма 1 2 3 1 00 00000 00 0000 000 ДОХОДЫ 7 210 717 155,0 1 01 00000 00 0000 000 НАЛОГИ НА ПРИБЫЛЬ, ДОХОДЫ 635 607 721,0 1 01 01000 00 0000 110 Налог на прибыль организаций 635 607 721,0 1 01 01011 01 0000 110, 1 01 01020 01 0000 110, 1 01 01030 01 0000 110, 1 01 01040 01 0000 110, 1 01 01050 01 0000 110, 1 01 01060 01 0000 110 Налог на прибыль организаций 626 699 221,0 1 01 01070 01 0000 110 Налог на прибыль организаций с доходов, полученных в виде процентов по государственным и муниципальным ценным бумагам 8 908 500,0 1 02 00000 00 0000 000 НАЛОГИ И ВЗНОСЫ НА СОЦИАЛЬНЫЕ НУЖДЫ 389 087 914,0 1 02 01010 01 0000 110 Единый социальный налог, зачисляемый в федеральный бюджет 389 087 914,0 1 03 00000 00 0000 000 НАЛОГИ НА ТОВАРЫ (РАБОТЫ, УСЛУГИ), РЕАЛИЗУЕМЫЕ НА ТЕРРИТОРИИ РОССИЙСКОЙ ФЕДЕРАЦИИ 1 489 323 722,0 1 03 01000 01 0000 110 Налог на добавленную стоимость на товары (работы, услуги), реализуемые на территории Российской Федерации 1 381 932 484,0 1 03 02000 01 0000 110 Акцизы по подакцизным товарам (продукции), производимым на территории Российской Федерации 107 391 238,0 1 03 02010 01 0000 110 Акцизы на спирт этиловый из всех видов сырья (в том числе этиловый спирт-сырец из всех видов сырья), производимый на территории Российской Федерации 4 555 632,0 1 03 02011 01 0000 110 Акцизы на спирт этиловый (в том числе этиловый спирт-сырец) из пищевого сырья, производимый на территории Российской Федерации 4 461 132,0 1 03 02012 01 0000 110 Акцизы на спирт этиловый (в том числе этиловый спирт-сырец) из всех видов сырья, за исключением пищевого, производимый на территории Российской Федерации 94 500,0 1 03 02020 01 0000 110 Акцизы на спиртосодержащую продукцию, производимую на территории Российской Федерации 111 537,0 1 03 02030 01 0000 110 Акцизы на табачную продукцию, производимую на территории Российской Федерации 48 883 096,0 1 03 02040 01 0000 110 Акцизы на бензин, производимый на территории Российской Федерации 38 610 191,0 1 03 02041 01 0000 110 Акцизы на автомобильный бензин, производимый на территории Российской Федерации 38 107 800,0 1 03 02042 01 0000 110 Акцизы на прямогонный бензин, производимый на территории Российской Федерации 502 391,0 1 03 02050 01 0000 110 Акцизы на автомобильный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части погашения задолженности прошлых лет, образовавшейся до 1 января 2003 года) 515 388,0 1 03 02060 01 0000 110 Акцизы на автомобили легковые и мотоциклы, производимые на территории Российской Федерации 1 478 894,0 1 03 02070 01 0000 110 Акцизы на дизельное топливо, производимое на территории Российской Федерации 12 496 100,0 1 03 02080 01 0000 110 Акцизы на моторные масла для дизельных и (или) карбюраторных (инжекторных) двигателей, производимые на территории Российской Федерации 740 400,0 1 04 00000 00 0000 000 НАЛОГИ НА ТОВАРЫ, ВВОЗИМЫЕ НА ТЕРРИТОРИЮ РОССИЙСКОЙ ФЕДЕРАЦИИ 874 330 630,0 1 04 01000 01 0000 110 Налог на добавленную стоимость на товары, ввозимые на территорию Российской Федерации* 848 841 030,0 1 04 02000 01 0000 110 Акцизы по подакцизным товарам (продукции), ввозимым на территорию Российской Федерации 25 489 600,0 1 07 00000 00 0000 000 НАЛОГИ, СБОРЫ И РЕГУЛЯРНЫЕ ПЛАТЕЖИ ЗА ПОЛЬЗОВАНИЕ ПРИРОДНЫМИ РЕСУРСАМИ 1 114 683 779,0 1 07 01000 01 0000 110 Налог на добычу полезных ископаемых 1 081 527 255,0 1 07 01010 01 0000 110 Налог на добычу полезных ископаемых в виде углеводородного сырья 1 072 438 095,0 1 07 01011 01 0000 110 Нефть** 976 443 206,0 1 07 01012 01 0000 110 Газ горючий природный из всех видов месторождений углеводородного сырья 88 678 757,0 1 07 01013 01 0000 110 Газовый конденсат из всех видов месторождений углеводородного сырья 7 316 132,0 1 07 01030 01 0000 110 Налог на добычу прочих полезных ископаемых (за исключением полезных ископаемых в виде природных алмазов) 7 604 792,0 1 07 01040 01 0000 110 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1 484 368,0 1 07 02000 01 0000 110 Регулярные платежи за добычу полезных ископаемых (роялти) при выполнении соглашений о разделе продукции 12 868 224,0 1 07 03000 01 0000 110 Водный налог 14 398 700,0 1 07 04020 01 0000 110 Сбор за пользование объектами водных биологических ресурсов (исключая внутренние водные объекты) 5 653 600,0 1 07 04030 01 0000 110 Сбор за пользование объектами водных биологических ресурсов (по внутренним водным объектам) 236 000,0 1 08 00000 00 0000 000 ГОСУДАРСТВЕННАЯ ПОШЛИНА, СБОРЫ 26 660 161,0 1 08 01000 01 0000 110 Государственная пошлина по делам, рассматриваемым в арбитражных судах 2 623 100,0 1 08 02010 01 0000 110 Государственная пошлина по делам, рассматриваемым Конституционным Судом Российской Федерации 4 400,0 1 08 03020 01 0000 110 Государственная пошлина по делам, рассматриваемым Верховным Судом Российской Федерации 17 300,0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751 400,0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6 372 000,0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1 719 194,0 1 08 07020 01 0000 110 Государственная пошлина за государственную регистрацию прав, ограничений (обременений) прав на недвижимое имущество и сделок с ним 11 950 210,0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1 500,0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234 798,0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6 103,0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141,0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72 524,0 1 08 07081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311 187,0 1 08 07090 01 0000 110 Государственная пошлина за рассмотрение ходатайств, предусмотренных антимонопольным законодательством 50 635,0 1 08 07100 01 0000 110 Государственная пошлина за выдачу и обмен паспорта гражданина Российской Федерации 1 061 700,0 1 08 07180 01 0000 110 Государственная пошлина за право вывоза культурных ценностей, предметов коллекционирования по палеонтологии и минералогии 11 765,0 1 08 07200 01 0000 110 Прочие государственные пошлины за государственную регистрацию, а также за совершение прочих юридически значимых действий 462 704,0 1 08 08000 01 0000 110 Государственная пошлина за совершение действий уполномоченными государственными учреждениями при осуществлении федерального пробирного надзора 650 000,0 1 08 09000 01 0000 110 Государственная пошлина за совершение уполномоченным федеральным органом исполнительной власти действий по официальной регистрации программы для электронных вычислительных машин, базы данных и топологий интегральных микросхем 5 500,0 1 08 10000 01 0000 110 Государственная пошлина за получение ресурса нумерации оператором связи 350 000,0 1 08 11000 01 0000 110 Государственная пошлина за регистрацию декларации о соответствии требованиям средств связи и услуг связи 4 000,0 1 09 00000 00 0000 000 ЗАДОЛЖЕННОСТЬ И ПЕРЕРАСЧЕТЫ ПО ОТМЕНЕННЫМ НАЛОГАМ, СБОРАМ И ИНЫМ ОБЯЗАТЕЛЬНЫМ ПЛАТЕЖАМ 2 291 928,0 1 10 00000 00 0000 000 ДОХОДЫ ОТ ВНЕШНЕЭКОНОМИЧЕСКОЙ ДЕЯТЕЛЬНОСТИ 2 364 266 329,0 1 10 01000 01 0000 180 Таможенные пошлины 2 280 852 829,0 1 10 01010 01 0000 180 Ввозные таможенные пошлины 482 912 543,0 1 10 01020 01 0000 180 Вывозные таможенные пошлины 1 797 940 286,0 1 10 01021 01 0000 180 Вывозные таможенные пошлины на нефть сырую*** 1 149 829 676,0 1 10 01022 01 0000 180 Вывозные таможенные пошлины на газ природный 281 335 036,0 1 10 01023 01 0000 180 Вывозные таможенные пошлины на товары, выработанные из нефти 322 714 974,0 1 10 01024 01 0000 180 Прочие вывозные таможенные пошлины 44 060 600,0 1 10 02000 01 0000 180 Таможенные сборы 23 489 900,0 1 10 03000 01 0000 180 Доходы от реализации на экспорт высокообогащенного урана и природного сырьевого компонента низкообогащенного урана 6 705 900,0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12 723 000,0 1 10 07000 01 0000 180 Прочие поступления от внешнеэкономической деятельности 40 494 700,0 1 11 00000 00 0000 000 ДОХОДЫ ОТ ИСПОЛЬЗОВАНИЯ ИМУЩЕСТВА, НАХОДЯЩЕГОСЯ В ГОСУДАРСТВЕННОЙ И МУНИЦИПАЛЬНОЙ СОБСТВЕННОСТИ 88 220 179,0 1 11 01010 01 0000 120 Дивиденды по акциям и доходы от прочих форм участия в капитале, находящихся в собственности Российской Федерации 30 391 500,0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322 152,0 1 11 03010 01 0000 120 Проценты, полученные от предоставления бюджетных кредитов внутри страны за счет средств федерального бюджета 255 488,0 1 11 04000 00 0000 120 Проценты по государственным кредитам 4 974 693,0 1 11 04010 01 0000 120 Поступление средств от правительств иностранных государств, их юридических лиц в уплату процентов по кредитам, предоставленным Российской Федерацией 3 734 541,0 1 11 04020 01 0000 120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653 847,0 1 11 04030 01 0000 120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586 305,0 1 11 05000 00 0000 120 Доходы от сдачи в аренду имущества, находящегося в государственной и муниципальной собственности 17 600 000,0 1 11 05021 01 0000 120 Арендная плата и поступления от продажи права на заключение договоров аренды за земли, находящиеся в федеральной собственности 4 000 000,0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13 600 000,0 1 11 06000 01 0000 120 Доходы от перечисления части прибыли Центрального банка Российской Федерации 19 563 524,0 1 11 07000 00 0000 120 Платежи от государственных и муниципальных унитарных предприятий 13 667 969,0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3 147 121,0 1 11 07020 01 0000 120 Доходы от деятельности совместного предприятия "Вьетсовпетро" 10 520 848,0 1 11 08000 00 0000 120 Прочие доходы от использования имущества и прав, находящихся в государственной и муниципальной собственности 1 444 853,0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829 500,0 1 11 08031 01 0000 120 Доходы от эксплуатации и использования имущества автомобильных дорог, находящихся в федеральной собственности 203 653,0 1 11 08041 01 0000 120 Прочие поступления от использования имущества, находящегося в собственности Российской Федерации 411 700,0 1 12 00000 00 0000 000 ПЛАТЕЖИ ПРИ ПОЛЬЗОВАНИИ ПРИРОДНЫМИ РЕСУРСАМИ 46 551 405,0 1 12 01000 01 0000 120 Плата за негативное воздействие на окружающую среду 2 623 900,0 1 12 02000 01 0000 120 Платежи при пользовании недрами 35 939 193,0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(за исключением участков недр, содержащих месторождения природных алмазов, общераспространенных полезных ископаемых, или участков недр местного значения) 35 000 000,0 1 12 02020 01 0000 120 Плата за геологическую информацию о недрах при пользовании недрами на территории Российской Федерации 68 000,0 1 12 02030 01 0000 120 Регулярные платежи за пользование недрами при пользовании недрами (ренталс) на территории Российской Федерации 377 400,0 1 12 02040 01 0000 120 Плата за договорную акваторию и участки морского дна, полученная при пользовании недрами на территории Российской Федерации 4 895,0 1 12 02051 01 0000 120 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содержащих месторождения общераспространенных полезных ископаемых, участков недр местного значения, а также участков недр местного значения, используемых для целей строительства и эксплуатации подземных сооружений, не связанных с добычей полезных ископаемых) 120 000,0 1 12 02060 01 0000 120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20 900,0 1 12 02070 01 0000 120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48,0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47 950,0 1 12 02101 01 0000 120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300 000,0 1 12 03000 01 0000 120 Плата за пользование водными биологическими ресурсами по межправительственным соглашениям 900 000,0 1 12 04010 01 0000 120 Платежи за пользование лесным фондом и лесами иных категорий в части минимальных ставок платы за древесину, отпускаемую на корню 6 019 319,0 1 12 04011 01 0000 120 Лесные подати в части минимальных ставок платы за древесину, отпускаемую на корню 2 016 780,0 1 12 04012 01 0000 120 Арендная плата за пользование лесным фондом и лесами иных категорий в части минимальных ставок платы за древесину, отпускаемую на корню 4 002 539,0 1 12 04030 01 0000 120 Плата за перевод лесных земель в нелесные и перевод земель лесного фонда в земли иных категорий 942 115,0 1 12 04050 01 0000 120 Арендная плата за пользование участками лесного фонда в целях, не связанных с ведением лесного хозяйства и осуществлением лесопользования 122 614,0 1 12 05010 01 0000 120 Плата за пользование водными объектами, находящимися в федеральной собственности 2 431,0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1 833,0 1 13 00000 00 0000 000 ДОХОДЫ ОТ ОКАЗАНИЯ ПЛАТНЫХ УСЛУГ И КОМПЕНСАЦИИ ЗАТРАТ ГОСУДАРСТВА 125 407 074,0 1 13 01000 00 0000 130 Доходы от оказания услуг или компенсации затрат государства 115 178 472,0 1 13 01020 01 0000 130 Плата за предоставление информации, содержащейся в Едином государственном реестре налогоплательщиков 96 685,0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582 580,0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515 000,0 1 13 01050 01 0000 130 Доходы от операций с государственным материальным резервом 57 736 500,0 1 13 01060 01 0000 130 Доходы от операций с продукцией особого хранения 295 200,0 1 13 01070 01 0000 130 Доходы от оказания платных услуг (работ), предоставления статистической информации 400 000,0 1 13 01080 01 0000 130 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 195 500,0 1 13 01090 01 0000 130 Средства, уплачиваемые импортерами таможенным органам за выдачу акцизных марок 631 396,0 1 13 01100 01 0000 130 Средства отчислений операторов сети связи общего пользования в резерв универсального обслуживания 8 600 000,0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86 242,0 1 13 01150 01 0000 130 Доходы от действий, связанных с оформлением визовых документов иностранным гражданам 27 054,0 1 13 01160 01 0000 130 Доходы от оказания информационно-консультационных и иных видов услуг 8 761,0 1 13 01170 01 0000 130 Патентные пошлины за селекционные достижения 34 715,0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40 294 800,0 1 13 01190 01 0000 130 Доходы от оказания платных услуг органами Государственной фельдъегерской службы Российской Федерации 315 000,0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1 661 912,0 1 13 01220 01 0000 130 Плата за услуги (работы), оказываемые Гохраном России 168 700,0 1 13 01250 01 0000 130 Плата пользователей радиочастотным спектром 3 000 000,0 1 13 01260 01 0000 130 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Федерального агентства по энергетике, по предотвращению и ликвидации аварий, связанных с открытыми фонтанными проявлениями 528 427,0 1 13 02000 00 0000 130 Лицензионные сборы 703 860,0 1 13 02010 01 0000 130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241 150,0 1 13 02031 01 0000 130 Прочие сборы за выдачу лицензий федеральными органами исполнительной власти 462 710,0 1 13 03010 01 0000 130 Прочие доходы от оказания платных услуг получателями средств федерального бюджета и компенсации затрат федерального бюджета 9 524 742,0 1 14 00000 00 0000 000 ДОХОДЫ ОТ ПРОДАЖИ МАТЕРИАЛЬНЫХ И НЕМАТЕРИАЛЬНЫХ АКТИВОВ 6 976 103,0 1 14 02012 01 0000 410 Доходы от реализации имущества федеральных государственных унитарных предприятий (в части реализации основных средств по указанному имуществу) 911 087,0 1 14 02013 01 0000410, 1 14 02013 01 0000440 Доходы от реализации имущества, находящегося в оперативном управлении федеральных учреждений 104 399,0 1 14 02014 01 0000410, 1 14 02014 01 0000440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1 998 000,0 1 14 02016 01 0000 410, 1 14 02016 01 0000 440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533 400,0 1 14 03012 01 0000 410, 1 14 03012 01 0000 440 Средства от распоряжения и реализации конфискованного и иного имущества, обращенного в доход Российской Федерации 277 560,0 1 14 05000 01 0000 440 Доходы в виде доли прибыльной продукции государства при выполнении соглашений о разделе продукции 3 151 657,0 1 15 00000 00 0000 000 АДМИНИСТРАТИВНЫЕ ПЛАТЕЖИ И СБОРЫ 41 226 200,0 1 15 01010 01 0000 140 Исполнительский сбор 41 224 000,0 1 15 02010 01 0000 140 Платежи, взимаемые федеральными государственными организациями за выполнение определенных функций 2 200,0 1 16 00000 00 0000 000 ШТРАФЫ, САНКЦИИ, ВОЗМЕЩЕНИЕ УЩЕРБА 3 896 794,0 1 17 00000 00 0000 000 ПРОЧИЕ НЕНАЛОГОВЫЕ ДОХОДЫ 2 187 216,0 1 17 03000 01 0000 180 Поступление средств, удерживаемых из заработной платы осужденных 1 035 288,0 1 17 05010 01 0000 180 Прочие неналоговые доходы федерального бюджета 1 151 928,0 2 00 00000 00 0000 000 Безвозмездные поступления 232 724 257,0 3 04 01000 01 0000 180 Целевые отчисления от всероссийских государственных лотерей 482 000,0 ВСЕГО ДОХОДОВ 7 443 923 412,0 ______________________________ * Поступление дохода в размере 33 923 968 тыс. рублей обеспечивает Федеральная налоговая служба, в размере 814 917 062 тыс. рублей обеспечивает Федеральная таможенная служба. ** Поступление налога в федеральный бюджет за вычетом отчислений в Стабилизационный фонд Российской Федерации составит 320 594 271 тыс. рублей. *** Поступление пошлины в федеральный бюджет за вычетом отчислений в Стабилизационный фонд Российской Федерации составит 255 193 227 тыс. рублей."</w:t>
      </w:r>
    </w:p>
    <w:p>
      <w:r>
        <w:rPr>
          <w:b/>
        </w:rPr>
        <w:t xml:space="preserve">2. </w:t>
      </w:r>
      <w:r>
        <w:t>приложение 8 изложить в следующей редакции: "Приложение 8 к Федеральному закону "О федеральном бюджете на 2007 год" (в редакции Федерального закона "О внесении изменений в Федеральный закон "О федеральном бюджете на 2007 год") Распределение расходов федерального бюджета на 2007 год по разделам и подразделам функциональной классификации расходов бюджетов Российской Федерации (тыс. рублей) Наименование Рз ПР Сумма В С Е Г О 6 531 389 321,7 ОБЩЕГОСУДАРСТВЕННЫЕ ВОПРОСЫ 01 1 122 104 867,0 Функционирование главы государства - Президента Российской Федерации 01 01 7 119 673,7 Функционирование законодательных (представительных) органов государственной власти и местного самоуправления 01 03 5 536 417,4 Функционирование Правительства Российской Федерации, высших органов исполнительной власти субъектов Российской Федерации, местных администраций 01 04 1 518 206,7 Судебная система 01 05 79 383 460,8 Обеспечение деятельности финансовых, налоговых и таможенных органов и органов надзора 01 06 184 958 402,1 Обеспечение проведения выборов и референдумов 01 07 12 517 544,6 Международные отношения и международное сотрудничество 01 08 76 402 868,8 Международная экономическая и гуманитарная помощь 01 09 171 600,0 Государственный материальный резерв 01 10 65 104 225,4 Фундаментальные исследования 01 11 50 217 059,9 Обслуживание государственного и муниципального долга 01 12 149 123 675,3 Резервные фонды 01 13 6 103 621,4 Прикладные научные исследования в области общегосударственных вопросов 01 14 11 231 859,7 Другие общегосударственные вопросы 01 15 472 716 251,2 НАЦИОНАЛЬНАЯ ОБОРОНА 02 839 102 587,6 Вооруженные Силы Российской Федерации 02 01 606 162 895,2 Мобилизационная и вневойсковая подготовка 02 02 4 156 511,7 Мобилизационная подготовка экономики 02 03 4 735 610,6 Подготовка и участие в обеспечении коллективной безопасности и миротворческой деятельности 02 04 116 990,0 Ядерно-оружейный комплекс 02 05 12 098 530,0 Реализация международных обязательств в сфере военно-технического сотрудничества 02 06 6 664 532,1 Прикладные научные исследования в области национальной обороны 02 07 122 759 255,2 Другие вопросы в области национальной обороны 02 08 82 408 262,8 НАЦИОНАЛЬНАЯ БЕЗОПАСНОСТЬ И ПРАВООХРАНИТЕЛЬНАЯ ДЕЯТЕЛЬНОСТЬ 03 674 790 899,1 Органы прокуратуры 03 01 36 791 557,6 Органы внутренних дел 03 02 188 834 572,5 Внутренние войска 03 03 46 394 012,5 Органы юстиции 03 04 39 933 061,2 Система исполнения наказаний 03 05 92 531 740,3 Органы безопасности 03 06 115 954 687,2 Органы пограничной службы 03 07 56 927 120,1 Органы по контролю за оборотом наркотических средств и психотропных веществ 03 08 12 858 388,9 Предупреждение и ликвидация последствий чрезвычайных ситуаций и стихийных бедствий, гражданская оборона 03 09 42 004 825,0 Обеспечение противопожарной безопасности 03 10 15 100 163,9 Миграционная политика 03 11 16 425 553,5 Прикладные научные исследования в области национальной безопасности и правоохранительной деятельности 03 12 5 116 318,0 Другие вопросы в области национальной безопасности и правоохранительной деятельности 03 13 5 918 898,4 НАЦИОНАЛЬНАЯ ЭКОНОМИКА 04 730 234 035,5 Общеэкономические вопросы 04 01 10 048 903,3 Топливо и энергетика 04 02 12 687 607,6 Исследование и использование космического пространства 04 03 9 069 793,5 Воспроизводство минерально-сырьевой базы 04 04 20 651 624,9 Сельское хозяйство и рыболовство 04 05 27 077 441,5 Водные ресурсы 04 06 14 009 176,4 Лесное хозяйство 04 07 4 993 927,0 Транспорт 04 08 218 635 171,1 Связь и информатика 04 09 28 696 174,2 Прикладные научные исследования в области национальной экономики 04 10 60 856 386,0 Другие вопросы в области национальной экономики 04 11 323 507 830,0 ЖИЛИЩНО-КОММУНАЛЬНОЕ ХОЗЯЙСТВО 05 296 241 247,2 Жилищное хозяйство 05 01 44 154 787,6 Коммунальное хозяйство 05 02 2 921 701,1 Прикладные научные исследования в области жилищно-коммунального хозяйства 05 03 102 062,5 Другие вопросы в области жилищно-коммунального хозяйства 05 04 249 062 696,0 ОХРАНА ОКРУЖАЮЩЕЙ СРЕДЫ 06 8 231 415,1 Охрана растительных и животных видов и среды их обитания 06 02 2 016 523,1 Прикладные научные исследования в области охраны окружающей среды 06 03 217 075,1 Другие вопросы в области охраны окружающей среды 06 04 5 997 816,9 ОБРАЗОВАНИЕ 07 287 080 421,1 Дошкольное образование 07 01 2 731 651,4 Общее образование 07 02 3 254 083,9 Начальное профессиональное образование 07 03 8 808 385,2 Среднее профессиональное образование 07 04 25 869 022,9 Переподготовка и повышение квалификации 07 05 4 714 480,0 Высшее профессиональное образование 07 06 221 501 966,3 Молодежная политика и оздоровление детей 07 07 327 081,5 Прикладные научные исследования в области образования 07 08 2 031 673,8 Другие вопросы в области образования 07 09 17 842 076,1 КУЛЬТУРА, КИНЕМАТОГРАФИЯ И СРЕДСТВА МАССОВОЙ ИНФОРМАЦИИ 08 70 772 649,5 Культура 08 01 38 271 849,3 Кинематография 08 02 3 693 210,1 Телевидение и радиовещание 08 03 22 185 269,9 Периодическая печать и издательства 08 04 3 427 662,2 Прикладные научные исследования в области культуры, кинематографии и средств массовой информации 08 05 289 031,7 Другие вопросы в области культуры, кинематографии и средств массовой информации 08 06 2 905 626,3 ЗДРАВООХРАНЕНИЕ И СПОРТ 09 276 678 159,1 Здравоохранение 09 01 240 391 242,8 Спорт и физическая культура 09 02 19 901 791,2 Прикладные научные исследования в области здравоохранения и спорта 09 03 3 304 097,6 Другие вопросы в области здравоохранения и спорта 09 04 13 081 027,5 СОЦИАЛЬНАЯ ПОЛИТИКА 10 286 410 298,8 Пенсионное обеспечение 10 01 209 289 990,3 Социальное обслуживание населения 10 02 3 948 296,4 Социальное обеспечение населения 10 03 61 768 390,6 Борьба с беспризорностью, опека, попечительство 10 04 238 500,0 Прикладные научные исследования в области социальной политики 10 05 140 096,4 Другие вопросы в области социальной политики 10 06 11 025 025,1 МЕЖБЮДЖЕТНЫЕ ТРАНСФЕРТЫ 11 1 939 742 741,7 Финансовая помощь бюджетам других уровней 11 01 607 668 712,8 Фонды компенсаций 11 02 148 801 619,6 Другие межбюджетные трансферты 11 03 139 291 385,8 Трансферты внебюджетным фондам 11 04 1 043 981 023,5 "</w:t>
      </w:r>
    </w:p>
    <w:p>
      <w:r>
        <w:rPr>
          <w:b/>
        </w:rPr>
        <w:t xml:space="preserve">2. </w:t>
      </w:r>
      <w:r>
        <w:t>приложение 9 изложить в следующей редакции: "Приложение 9 к Федеральному закону "О федеральном бюджете на 2007 год" (в редакции Федерального закона "О внесении изменений в Федеральный закон "О федеральном бюджете на 2007 год") Структура расходов федерального бюджета на реализацию межгосударственных договоров в рамках Содружества Независимых Государств на 2007 год (тыс. рублей) Наименование Рз ПР ЦСР ВР Сумма Общегосударственные вопросы 01 4 398 595,1 Международные отношения и международное сотрудничество 01 08 4 398 595,1 Реализация межгосударственных договоров в рамках Содружества Независимых Государств 01 08 0310000 4 398 595,1 Долевое участие в содержании координационных структур Содружества Независимых Государств, всего 01 08 0310000 126 1 399 086,1 в том числе: Исполнительный комитет Содружества Независимых Государств - на содержание органов Содружества, финансируемых из единого бюджета органов Содружества Независимых Государств, всего 252 653,3 из них: Исполнительный комитет Содружества Независимых Государств 137 302,6 Координационная служба Совета командующих Пограничными войсками 18 265,7 Межгосударственный статистический комитет Содружества Независимых Государств 32 078,7 Бюро по координации борьбы с организованной преступностью и иными опасными видами преступлений на территории государств - участников Содружества Независимых Государств 17 491,1 Секретариат Совета министров обороны государств - участников Содружества Независимых Государств 9 490,8 Экономический Суд Содружества Независимых Государств 14 307,8 Антитеррористический центр государств - участников Содружества Независимых Государств 23 716,6 Координационные структуры, всего 968 714,9 в том числе: Секретариат Совета Межпарламентской Ассамблеи государств - участников Содружества Независимых Государств, всего 513 117,8 в том числе: содержание Секретариата Совета Межпарламентской Ассамблеи государств - участников Содружества Независимых Государств 178 562,4 капитальный ремонт и реставрация комплекса зданий Таврического дворца, расположенного по адресу: г. Санкт-Петербург, Шпалерная ул., д. 47 95 366,9 реконструкция здания Секретариата Совета Межпарламентской Ассамблеи государств - участников Содружества Независимых Государств, расположенного по адресу: г. Санкт-Петербург, Шпалерная ул., д. 53, литер "А" 232 158,5 реконструкция здания Секретариата Совета Межпарламентской Ассамблеи государств - участников Содружества Независимых Государств, расположенного по адресу: г. Санкт-Петербург, Шпалерная ул., д. 53, литер "Б" 7 030,0 Межгосударственный авиационный комитет, всего 118 579,1 в том числе: содержание Межгосударственного авиационного комитета 115 488,8 ремонт административного здания 3 090,3 Межгосударственная телерадиокомпания "Мир" 335 699,5 Секретариат Координационного совета генеральных прокуроров государств - участников Содружества Независимых Государств 1 318,5 Исполнительная дирекция Межгосударственного фонда гуманитарного сотрудничества государств - участников Содружества Независимых Государств 15 569,2 Интеграционный Комитет Евразийского экономического сообщества, всего 56 158,9 в том числе: содержание Секретариата Интеграционного Комитета 46 158,4 содержание Межпарламентской Ассамблеи 10 000,5 Организация Договора о коллективной безопасности, всего 42 802,7 в том числе: содержание Секретариата Организации Договора о коллективной безопасности 24 338,4 содержание Объединенного штаба Организации Договора о коллективной безопасности 18 464,3 Расходы для вновь формируемых структур и принимаемых решений высших органов межгосударственных организаций, созданных государствами Содружества Независимых Государств 63 187,1* Обеспечение сотрудничества в рамках Содружества Независимых Государств, всего 01 08 0310000 127 599 509,0 в том числе: Комитет по делам воинов-интернационалистов при Совете глав правительств государств - участников Содружества Независимых Государств на финансирование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Содружества Независимых Государств на 2006-2010 годы 7 500,0 Координационный комитет по вопросам противовоздушной обороны при Совете министров обороны государств - участников Содружества Независимых Государств на создание и развитие объединенной системы противовоздушной обороны государств - участников Содружества Независимых Государств 44 880,0 Исполнительный комитет Содружества Независимых Государств на проведение заседаний Совета глав государств, Совета глав правительств, Совета министров иностранных дел, Экономического совета Содружества Независимых Государств 313,8 Интеграционный Комитет Евразийского экономического сообщества на проведение заседаний Межгосударственного Совета Евразийского экономического сообщества, Интеграционного Комитета Евразийского экономического сообщества, Комиссии Постоянных представителей при Евразийском экономическом сообществе 2 010,4 Антитеррористический центр государств - участников Содружества Независимых Государств на обеспечение выплаты денежного довольствия военнослужащим и сотрудникам органов внутренних дел, являющимся гражданами Российской Федерации 11 497,4 Координационная служба Совета командующих Пограничными войсками на обеспечение выплаты денежного довольствия военнослужащим, являющимся гражданами Российской Федерации 8 102,3 Бюро по координации борьбы с организованной преступностью и иными опасными видами преступлений на территории государств - участников Содружества Независимых Государств на обеспечение выплаты денежного довольствия сотрудникам органов внутренних дел, являющимся гражданами Российской Федерации 205,1 Расходы для реализации вновь принимаемых решений высших органов межгосударственных организаций, созданных государствами Содружества Независимых Государств 525 000,0** Долевой взнос в бюджет Союзного государства 01 08 0310000 128 2 400 000,0 ВСЕГО 4 398 595,1 ______________________________ * Расходы могут быть распределены после принятия соответствующих решений Советом глав государств Содружества Независимых Государств, Советом глав правительств Содружества Независимых Государств, Межгосударственным Советом Евразийского экономического сообщества (на уровне глав государств и глав правительств), Советом коллективной безопасности Организации Договора о коллективной безопасности, высшими органами координационных структур. ** Расходы могут быть распределены после принятия соответствующих решений Советом глав государств Содружества Независимых Государств, Советом глав правительств Содружества Независимых Государств, Межгосударственным Советом Евразийского экономического сообщества (на уровне глав государств и глав правительств)."</w:t>
      </w:r>
    </w:p>
    <w:p>
      <w:r>
        <w:rPr>
          <w:b/>
        </w:rPr>
        <w:t xml:space="preserve">2. </w:t>
      </w:r>
      <w:r>
        <w:t>приложение 10 изложить в следующей редакции: "Приложение 10 к Федеральному закону "О федеральном бюджете на 2007 год" (в редакции Федерального закона "О внесении изменений в Федеральный закон "О федеральном бюджете на 2007 год") Ведомственная структура расходов федерального бюджета на 2007 год (тыс. рублей) Наименование Мин Рз ПР ЦСР ВР Сумма В С Е Г О 5 856 642 560,2 МИНИСТЕРСТВО ПРОМЫШЛЕННОСТИ И ЭНЕРГЕТИКИ РОССИЙСКОЙ ФЕДЕРАЦИИ 021 68 529 889,5 Общегосударственные вопросы 021 01 2 539 019,7 Международные отношения и международное сотрудничество 021 01 08 2 539 019,7 Международное сотрудничество 021 01 08 0300000 39 019,7 Взносы в международные организации 021 01 08 0300000 120 13 219,7 Международные культурные, научные и информационные связи 021 01 08 0300000 125 25 800,0 Реализация государственных функций, связанных с общегосударственным управлением 021 01 08 0920000 2 500 000,0 Взнос Российской Федерации в уставные капиталы 021 01 08 0920000 325 2 500 000,0 Национальная оборона 021 02 7 889 066,3 Прикладные научные исследования в области национальной обороны 021 02 07 5 018 245,2 Прикладные научные исследования и разработки 021 02 07 0810000 4 900 000,0 Исследования в области разработки вооружения, военной и специальной техники и иного производственно-технического оборудования в рамках государственного оборонного заказа вне государственной программы вооружения 021 02 07 0810000 243 4 900 000,0 Федеральные целевые программы 021 02 07 1000000 112 537,0 Федеральная целевая программа "Промышленная утилизация вооружения и военной техники (2005-2010 годы)" 021 02 07 1005400 112 537,0 Расходы общепрограммного характера по федеральной целевой программе "Промышленная утилизация вооружения и военной техники (2005-2010 годы)" 021 02 07 1005403 112 537,0 Исследования в части вопросов утилизации и ликвидации вооружения и военной техники, уничтожения запасов химического оружия 021 02 07 1005403 245 112 537,0 Реализация государственных функций, связанных с обеспечением национальной обороны 021 02 07 2140000 5 708,2 Мероприятия в области национальной обороны 021 02 07 2140000 252 5 708,2 Другие вопросы в области национальной обороны 021 02 08 2 870 821,1 Реализация государственных функций, связанных с обеспечением национальной обороны 021 02 08 2140000 2 870 821,1 Взнос Российской Федерации в уставный фонд федерального государственного унитарного предприятия "Конструкторское бюро транспортного машиностроения" 021 02 08 2140000 113 700 000,0 Реализация мероприятий, связанных с процедурами банкротства 021 02 08 2140000 217 1 800 000,0 Мероприятия в области национальной обороны 021 02 08 2140000 252 262 821,1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021 02 08 2140000 448 108 000,0 Национальная экономика 021 04 44 675 011,7 Общеэкономические вопросы 021 04 01 986 424,3 Руководство и управление в сфере установленных функций 021 04 01 0010000 877 024,3 Центральный аппарат 021 04 01 0010000 005 876 941,0 Выплаты независимым экспертам 021 04 01 0010000 281 83,3 Реализация государственных функций в области национальной экономики 021 04 01 3400000 109 400,0 Техническое регулирование и метрология 021 04 01 3400000 320 109 400,0 Прикладные научные исследования в области национальной экономики 021 04 10 4 546 333,0 Прикладные научные исследования и разработки 021 04 10 0810000 3 550 333,0 Научное сопровождение инновационных проектов государственного значения 021 04 10 0810000 194 617 503,6 Выполнение научно-исследовательских и опытно-конструкторских работ по государственным контрактам 021 04 10 0810000 196 2 631 130,0 Обеспечение деятельности подведомственных учреждений 021 04 10 0810000 327 301 699,4 Федеральные целевые программы 021 04 10 1000000 996 000,0 Федеральная целевая программа "Глобальная навигационная система" 021 04 10 1003600 12 000,0 Подпрограмма "Разработка и подготовка производства навигационного оборудования и аппаратуры для гражданских потребителей" 021 04 10 1003602 12 000,0 Выполнение научно-исследовательских и опытно-конструкторских работ по государственным контрактам 021 04 10 1003602 196 12 000,0 Федеральная целевая программа "Национальная технологическая база" на 2007-2011 годы 021 04 10 1003700 630 000,0 Подпрограмма "Развитие электронной компонентной базы" на 2007-2011 годы 021 04 10 1003701 200 000,0 Выполнение научно-исследовательских и опытно-конструкторских работ по государственным контрактам 021 04 10 1003701 196 200 000,0 Расходы общепрограммного характера по федеральной целевой программе "Национальная технологическая база" на 2007-2011 годы 021 04 10 1003702 430 000,0 Выполнение научно-исследовательских и опытно-конструкторских работ по государственным контрактам 021 04 10 1003702 196 430 000,0 Федеральная целевая программа "Развитие гражданской авиационной техники России на 2002-2010 годы и на период до 2015 года" 021 04 10 1003800 354 000,0 Выполнение научно-исследовательских и опытно-конструкторских работ по государственным контрактам 021 04 10 1003800 196 354 000,0 Другие вопросы в области национальной экономики 021 04 11 39 142 254,4 Реализация государственных функций, связанных с общегосударственным управлением 021 04 11 0920000 42 254,4 Специальные объекты 021 04 11 0920000 223 25 080,4 Обеспечение деятельности подведомственных учреждений 021 04 11 0920000 327 17 174,0 Реализация государственных функций в области национальной экономики 021 04 11 3400000 39 100 000,0 Взнос Российской Федерации в уставные капиталы 021 04 11 3400000 325 36 100 000,0 Субсидирование процентных ставок по привлеченным кредитам в российских кредитных организациях 021 04 11 3400000 340 3 000 000,0 Жилищно-коммунальное хозяйство 021 05 30 000,0 Жилищное хозяйство 021 05 01 30 000,0 Федеральная целевая программа "Жилище" на 2002-2010 годы (второй этап) 021 05 01 1040000 30 000,0 Мероприятия по обеспечению жильем отдельных категорий граждан 021 05 01 1044000 30 000,0 Мероприятия по обеспечению жильем федеральных государственных гражданских служащих 021 05 01 1044001 30 000,0 Строительство объектов для нужд отрасли 021 05 01 1044001 213 30 000,0 Культура, кинематография и средства массовой информации 021 08 5 965,9 Культура 021 08 01 5 965,9 Библиотеки 021 08 01 4420000 5 965,9 Обеспечение деятельности подведомственных учреждений 021 08 01 4420000 327 5 965,9 Здравоохранение и спорт 021 09 43 933,5 Здравоохранение 021 09 01 43 933,5 Поликлиники, амбулатории, диагностические центры 021 09 01 4710000 43 933,5 Обеспечение деятельности подведомственных учреждений 021 09 01 4710000 327 43 933,5 Социальная политика 021 10 33 500,0 Социальное обеспечение населения 021 10 03 33 500,0 Федеральная целевая программа "Жилище" на 2002-2010 годы (второй этап) 021 10 03 1040000 33 500,0 Мероприятия по обеспечению жильем отдельных категорий граждан 021 10 03 1044000 33 500,0 Мероприятия по обеспечению жильем федеральных государственных гражданских служащих 021 10 03 1044001 33 500,0 Обеспечение жильем федеральных государственных гражданских служащих 021 10 03 1044001 670 33 500,0 Межбюджетные трансферты 021 11 13 313 392,4 Финансовая помощь бюджетам других уровней 021 11 01 13 313 392,4 Иные безвозмездные и безвозвратные перечисления 021 11 01 5200000 13 313 392,4 Субсидии бюджетам субъектов Российской Федерации на ликвидацию межтерриториального перекрестного субсидирования в электроэнергетике 021 11 01 5200000 415 13 313 392,4 ФЕДЕРАЛЬНОЕ АГЕНТСТВО ПО ЭНЕРГЕТИКЕ 023 13 356 507,4 Национальная экономика 023 04 7 932 758,3 Топливо и энергетика 023 04 02 7 921 401,1 Руководство и управление в сфере установленных функций 023 04 02 0010000 167 838,0 Центральный аппарат 023 04 02 0010000 005 139 261,5 Территориальные органы 023 04 02 0010000 006 28 543,3 Выплаты независимым экспертам 023 04 02 0010000 281 33,2 Федеральные целевые программы 023 04 02 1000000 60 000,0 Федеральная целевая программа "Экономическое и социальное развитие Дальнего Востока и Забайкалья на 1996-2005 и до 2010 года" 023 04 02 1004600 60 000,0 Строительство объектов для нужд отрасли 023 04 02 1004600 213 60 000,0 Непрограммные инвестиции в основные фонды 023 04 02 1020000 1 826 300,0 Строительство объектов общегражданского назначения 023 04 02 1020000 214 1 826 300,0 Вопросы топливно-энергетического комплекса 023 04 02 2480000 4 801 336,0 Мероприятия в топливно-энергетической области 023 04 02 2480000 322 4 301 336,0 Субсидирование процентных ставок по привлеченным кредитам в российских кредитных организациях 023 04 02 2480000 340 500 000,0 Учреждения, обеспечивающие предоставление услуг, связанных с реструктуризацией угольной отрасли 023 04 02 2520000 137 500,0 Обеспечение деятельности подведомственных учреждений 023 04 02 2520000 327 137 500,0 Поисковые и аварийно-спасательные учреждения 023 04 02 3020000 528 427,1 Обеспечение деятельности подведомственных учреждений 023 04 02 3020000 327 528 427,1 Реализация государственных функций в области национальной экономики 023 04 02 3400000 400 000,0 Субсидирование процентных ставок по привлеченным кредитам в российских кредитных организациях 023 04 02 3400000 340 400 000,0 Прикладные научные исследования в области национальной экономики 023 04 10 8 900,0 Прикладные научные исследования и разработки 023 04 10 0810000 6 900,0 Выполнение научно-исследовательских и опытно-конструкторских работ по государственным контрактам 023 04 10 0810000 196 6 900,0 Федеральные целевые программы 023 04 10 1000000 2 000,0 Федеральная целевая программа "Социально-экономическое развитие Курильских островов (Сахалинская область) на 2007-2015 годы" 023 04 10 1004700 2 000,0 Выполнение научно-исследовательских и опытно-конструкторских работ по государственным контрактам 023 04 10 1004700 196 2 000,0 Другие вопросы в области национальной экономики 023 04 11 2 457,2 Реализация государственных функций, связанных с общегосударственным управлением 023 04 11 0920000 2 457,2 Специальные объекты 023 04 11 0920000 223 2 457,2 Здравоохранение и спорт 023 09 224 586,1 Здравоохранение 023 09 01 224 586,1 Больницы, клиники, госпитали, медико- санитарные части 023 09 01 4700000 224 586,1 Обеспечение деятельности подведомственных учреждений 023 09 01 4700000 327 224 586,1 Социальная политика 023 10 7 513,0 Социальное обеспечение населения 023 10 03 7 513,0 Федеральная целевая программа "Жилище" на 2002-2010 годы (второй этап) 023 10 03 1040000 7 513,0 Мероприятия по обеспечению жильем отдельных категорий граждан 023 10 03 1044000 7 513,0 Мероприятия по обеспечению жильем федеральных государственных гражданских служащих 023 10 03 1044001 7 513,0 Обеспечение жильем федеральных государственных гражданских служащих 023 10 03 1044001 670 7 513,0 Межбюджетные трансферты 023 11 5 191 650,0 Финансовая помощь бюджетам других уровней 023 11 01 2 173 060,0 Дотации и субвенции 023 11 01 5170000 2 173 060,0 Субвенции бюджетам на реализацию программ местного развития и обеспечение занятости для шахтерских городов и поселков 023 11 01 5170000 564 2 173 060,0 Другие межбюджетные трансферты 023 11 03 3 018 590,0 Федеральные целевые программы 023 11 03 1000000 1 332 639,4 Федеральная целевая программа развития Калининградской области на период до 2010 года 023 11 03 1004500 62 370,0 Строительство объектов для нужд отрасли 023 11 03 1004500 213 62 370,0 Федеральная целевая программа "Экономическое и социальное развитие Дальнего Востока и Забайкалья на 1996-2005 и до 2010 года" 023 11 03 1004600 833 469,4 Строительство объектов для нужд отрасли 023 11 03 1004600 213 833 469,4 Федеральная целевая программа "Социально-экономическое развитие Курильских островов (Сахалинская область) на 2007-2015 годы" 023 11 03 1004700 332 800,0 Строительство объектов для нужд отрасли 023 11 03 1004700 213 332 800,0 Федеральная целевая программа "Юг России" 023 11 03 1004800 104 000,0 Строительство объектов для нужд отрасли 023 11 03 1004800 213 104 000,0 Непрограммные инвестиции в основные фонды 023 11 03 1020000 1 685 950,6 Строительство объектов общегражданского назначения 023 11 03 1020000 214 1 685 950,6 ФЕДЕРАЛЬНАЯ СЛУЖБА ПО НАДЗОРУ В СФЕРЕ ПРИРОДОПОЛЬЗОВАНИЯ 048 3 088 598,6 Охрана окружающей среды 048 06 3 073 430,3 Охрана растительных и животных видов и среды их обитания 048 06 02 1 587 235,3 Состояние окружающей среды и природопользования 048 06 02 4100000 101 723,3 Природоохранные мероприятия 048 06 02 4100000 443 101 723,3 Природоохранные учреждения 048 06 02 4110000 1 485 512,0 Обеспечение деятельности подведомственных учреждений 048 06 02 4110000 327 1 485 512,0 Прикладные научные исследования в области охраны окружающей среды 048 06 03 111 488,2 Прикладные научные исследования и разработки 048 06 03 0810000 111 488,2 Выполнение научно-исследовательских и опытно-конструкторских работ по государственным контрактам 048 06 03 0810000 196 90 000,0 Обеспечение деятельности подведомственных учреждений 048 06 03 0810000 327 21 488,2 Другие вопросы в области охраны окружающей среды 048 06 04 1 374 706,8 Руководство и управление в сфере установленных функций 048 06 04 0010000 1 249 706,8 Центральный аппарат 048 06 04 0010000 005 104 527,2 Территориальные органы 048 06 04 0010000 006 1 144 831,7 Выплаты независимым экспертам 048 06 04 0010000 281 347,9 Непрограммные инвестиции в основные фонды 048 06 04 1020000 125 000,0 Строительство объектов общегражданского назначения 048 06 04 1020000 214 125 000,0 Социальная политика 048 10 15 168,3 Социальное обеспечение населения 048 10 03 15 168,3 Федеральная целевая программа "Жилище" на 2002-2010 годы (второй этап) 048 10 03 1040000 15 168,3 Мероприятия по обеспечению жильем отдельных категорий граждан 048 10 03 1044000 15 168,3 Мероприятия по обеспечению жильем федеральных государственных гражданских служащих 048 10 03 1044001 15 168,3 Обеспечение жильем федеральных государственных гражданских служащих 048 10 03 1044001 670 15 168,3 ФЕДЕРАЛЬНОЕ АГЕНТСТВО ПО НЕДРОПОЛЬЗОВАНИЮ 049 21 069 472,6 Национальная экономика 049 04 21 051 624,9 Воспроизводство минерально-сырьевой базы 049 04 04 20 651 624,9 Руководство и управление в сфере установленных функций 049 04 04 0010000 621 933,9 Центральный аппарат 049 04 04 0010000 005 80 052,6 Территориальные органы 049 04 04 0010000 006 541 753,1 Выплаты независимым экспертам 049 04 04 0010000 281 128,2 Геологическое изучение недр 049 04 04 2500000 19 871 798,5 Геолого-разведочные и другие работы в области геологического изучения недр 049 04 04 2500000 326 19 871 798,5 Учреждения, обеспечивающие предоставление услуг в сфере недропользования 049 04 04 2530000 157 892,5 Обеспечение деятельности подведомственных учреждений 049 04 04 2530000 327 157 892,5 Прикладные научные исследования в области национальной экономики 049 04 10 400 000,0 Прикладные научные исследования и разработки 049 04 10 0810000 400 000,0 Выполнение научно-исследовательских и опытно-конструкторских работ по государственным контрактам 049 04 10 0810000 196 400 000,0 Социальная политика 049 10 17 847,7 Социальное обеспечение населения 049 10 03 17 847,7 Федеральная целевая программа "Жилище" на 2002-2010 годы (второй этап) 049 10 03 1040000 17 847,7 Мероприятия по обеспечению жильем отдельных категорий граждан 049 10 03 1044000 17 847,7 Мероприятия по обеспечению жильем федеральных государственных гражданских служащих 049 10 03 1044001 17 847,7 Обеспечение жильем федеральных государственных гражданских служащих 049 10 03 1044001 670 17 847,7 МИНИСТЕРСТВО ПРИРОДНЫХ РЕСУРСОВ РОССИЙСКОЙ ФЕДЕРАЦИИ 050 2 110 180,3 Общегосударственные вопросы 050 01 53 091,1 Международные отношения и международное сотрудничество 050 01 08 53 091,1 Международное сотрудничество 050 01 08 0300000 53 091,1 Взносы в международные организации 050 01 08 0300000 120 49 091,1 Международные культурные, научные и информационные связи 050 01 08 0300000 125 4 000,0 Национальная экономика 050 04 2 024 961,6 Общеэкономические вопросы 050 04 01 384 633,6 Руководство и управление в сфере установленных функций 050 04 01 0010000 290 702,7 Центральный аппарат 050 04 01 0010000 005 290 665,4 Выплаты независимым экспертам 050 04 01 0010000 281 37,3 Реализация государственных функций, связанных с общегосударственным управлением 050 04 01 0920000 1 094,4 Специальные объекты 050 04 01 0920000 223 1 094,4 Учреждения по обеспечению хозяйственного обслуживания 050 04 01 0930000 92 836,5 Обеспечение деятельности подведомственных учреждений 050 04 01 0930000 327 92 836,5 Прикладные научные исследования в области национальной экономики 050 04 10 803 456,0 Прикладные научные исследования и разработки 050 04 10 0810000 801 456,0 Выполнение научно-исследовательских и опытно-конструкторских работ по государственным контрактам 050 04 10 0810000 196 801 456,0 Федеральные целевые программы 050 04 10 1000000 2 000,0 Федеральная целевая программа "Развитие государственной статистики России в 2007-2011 годах" 050 04 10 1006200 2 000,0 Выполнение научно-исследовательских и опытно-конструкторских работ по государственным контрактам 050 04 10 1006200 196 2 000,0 Другие вопросы в области национальной экономики 050 04 11 836 872,0 Территориальные фонды информации 050 04 11 2510000 836 872,0 Обеспечение деятельности подведомственных учреждений 050 04 11 2510000 327 836 872,0 Жилищно-коммунальное хозяйство 050 05 1 365,1 Жилищное хозяйство 050 05 01 1 365,1 Федеральная целевая программа "Жилище" на 2002-2010 годы (второй этап) 050 05 01 1040000 1 365,1 Мероприятия по обеспечению жильем отдельных категорий граждан 050 05 01 1044000 1 365,1 Мероприятия по обеспечению жильем федеральных государственных гражданских служащих 050 05 01 1044001 1 365,1 Строительство объектов для нужд отрасли 050 05 01 1044001 213 1 365,1 Социальная политика 050 10 30 762,5 Социальное обеспечение населения 050 10 03 30 762,5 Федеральная целевая программа "Жилище" на 2002-2010 годы (второй этап) 050 10 03 1040000 30 762,5 Мероприятия по обеспечению жильем отдельных категорий граждан 050 10 03 1044000 30 762,5 Мероприятия по обеспечению жильем федеральных государственных гражданских служащих 050 10 03 1044001 30 762,5 Обеспечение жильем федеральных государственных гражданских служащих 050 10 03 1044001 670 30 762,5 ФЕДЕРАЛЬНОЕ АГЕНТСТВО ВОДНЫХ РЕСУРСОВ 052 11 451 477,5 Национальная экономика 052 04 5 190 928,3 Водные ресурсы 052 04 06 5 077 328,3 Руководство и управление в сфере установленных функций 052 04 06 0010000 550 694,3 Центральный аппарат 052 04 06 0010000 005 110 215,1 Территориальные органы 052 04 06 0010000 006 440 361,3 Выплаты независимым экспертам 052 04 06 0010000 281 117,9 Федеральные целевые программы 052 04 06 1000000 18 146,2 Федеральная целевая программа "Восстановление экономики и социальной сферы Чеченской Республики (2002 год и последующие годы)" 052 04 06 1005000 18 146,2 Строительство объектов для нужд отрасли 052 04 06 1005000 213 18 146,2 Непрограммные инвестиции в основные фонды 052 04 06 1020000 1 452 703,0 Строительство объектов общегражданского назначения 052 04 06 1020000 214 1 452 703,0 Водохозяйственные мероприятия 052 04 06 2800000 2 096 910,6 Мероприятия в области использования, охраны водных объектов и гидротехнических сооружений 052 04 06 2800000 349 1 802 955,6 Мероприятия по информационному обеспечению и другие работы в области водных ресурсов 052 04 06 2800000 350 293 955,0 Водоохранные и водохозяйственные учреждения 052 04 06 2810000 958 874,2 Обеспечение деятельности подведомственных учреждений 052 04 06 2810000 327 958 874,2 Прикладные научные исследования в области национальной экономики 052 04 10 113 600,0 Прикладные научные исследования и разработки 052 04 10 0810000 100 000,0 Выполнение научно-исследовательских и опытно-конструкторских работ по государственным контрактам 052 04 10 0810000 196 100 000,0 Федеральные целевые программы 052 04 10 1000000 13 600,0 Федеральная целевая программа "Снижение рисков и смягчение последствий чрезвычайных ситуаций природного и техногенного характера в Российской Федерации до 2010 года" 052 04 10 1003000 3 000,0 Выполнение научно-исследовательских и опытно-конструкторских работ по государственным контрактам 052 04 10 1003000 196 3 000,0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052 04 10 1006000 10 600,0 Выполнение научно-исследовательских и опытно-конструкторских работ по государственным контрактам 052 04 10 1006000 196 10 600,0 Охрана окружающей среды 052 06 7 800,0 Другие вопросы в области охраны окружающей среды 052 06 04 7 800,0 Непрограммные инвестиции в основные фонды 052 06 04 1020000 7 800,0 Строительство объектов общегражданского назначения 052 06 04 1020000 214 7 800,0 Социальная политика 052 10 10 552,2 Социальное обеспечение населения 052 10 03 10 552,2 Федеральная целевая программа "Жилище" на 2002-2010 годы (второй этап) 052 10 03 1040000 10 552,2 Мероприятия по обеспечению жильем отдельных категорий граждан 052 10 03 1044000 10 552,2 Мероприятия по обеспечению жильем федеральных государственных гражданских служащих 052 10 03 1044001 10 552,2 Обеспечение жильем федеральных государственных гражданских служащих 052 10 03 1044001 670 10 552,2 Межбюджетные трансферты 052 11 6 242 197,0 Финансовая помощь бюджетам других уровней 052 11 01 1 000 000,0 Водохозяйственные мероприятия 052 11 01 2800000 1 000 000,0 Субсидии бюджетам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052 11 01 2800000 378 1 000 000,0 Фонды компенсаций 052 11 02 1 137 400,0 Фонд компенсаций 052 11 02 5190000 1 137 400,0 Субвенции бюджетам субъектов Российской Федерации на осуществление отдельных полномочий в области водных отношений 052 11 02 5190000 591 1 137 400,0 Другие межбюджетные трансферты 052 11 03 4 104 797,0 Федеральные целевые программы 052 11 03 1000000 350 000,0 Федеральная целевая программа "Экономическое и социальное развитие Дальнего Востока и Забайкалья на 1996-2005 и до 2010 года" 052 11 03 1004600 190 000,0 Строительство объектов для нужд отрасли 052 11 03 1004600 213 190 000,0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052 11 03 1006000 160 000,0 Строительство объектов для нужд отрасли 052 11 03 1006000 213 160 000,0 Непрограммные инвестиции в основные фонды 052 11 03 1020000 3 754 797,0 Строительство объектов общегражданского назначения 052 11 03 1020000 214 3 754 797,0 ФЕДЕРАЛЬНОЕ АГЕНТСТВО ЛЕСНОГО ХОЗЯЙСТВА 053 17 671 973,4 Национальная экономика 053 04 5 155 412,0 Лесное хозяйство 053 04 07 4 949 912,0 Руководство и управление в сфере установленных функций 053 04 07 0010000 485 746,4 Центральный аппарат 053 04 07 0010000 005 98 947,7 Территориальные органы 053 04 07 0010000 006 386 484,2 Выплаты независимым экспертам 053 04 07 0010000 281 314,5 Международное сотрудничество 053 04 07 0300000 422 023,5 Обеспечение мероприятий, предусмотренных соглашениями с международными финансовыми организациями 053 04 07 0300000 123 213 559,1 Расходы, связанные с реализацией соглашений с международными финансовыми организациями 053 04 07 0300000 154 208 464,4 Учреждения по обеспечению хозяйственного обслуживания 053 04 07 0930000 1 404,0 Специальные объекты 053 04 07 0930000 223 1 404,0 Федеральные целевые программы 053 04 07 1000000 5 000,0 Федеральная целевая программа "Преодоление последствий радиационных аварий на период до 2010 года" 053 04 07 1002900 5 000,0 Реализация отдельных полномочий в области лесных отношений 053 04 07 1002900 620 5 000,0 Непрограммные инвестиции в основные фонды 053 04 07 1020000 464 690,7 Строительство объектов общегражданского назначения 053 04 07 1020000 214 464 690,7 Учреждения, обеспечивающие предоставление услуг в сфере лесного хозяйства 053 04 07 2910000 3 571 047,4 Обеспечение деятельности подведомственных учреждений 053 04 07 2910000 327 3 571 047,4 Прикладные научные исследования в области национальной экономики 053 04 10 205 500,0 Прикладные научные исследования и разработки 053 04 10 0810000 200 000,0 Выполнение научно-исследовательских и опытно-конструкторских работ по государственным контрактам 053 04 10 0810000 196 200 000,0 Федеральные целевые программы 053 04 10 1000000 5 500,0 Федеральная целевая программа "Снижение рисков и смягчение последствий чрезвычайных ситуаций природного и техногенного характера в Российской Федерации до 2010 года" 053 04 10 1003000 5 500,0 Выполнение научно-исследовательских и опытно-конструкторских работ по государственным контрактам 053 04 10 1003000 196 5 500,0 Охрана окружающей среды 053 06 92 661,0 Прикладные научные исследования в области охраны окружающей среды 053 06 03 92 661,0 Прикладные научные исследования и разработки 053 06 03 0810000 92 661,0 Обеспечение деятельности подведомственных учреждений 053 06 03 0810000 327 92 661,0 Образование 053 07 331 988,9 Среднее профессиональное образование 053 07 04 329 735,6 Средние специальные учебные заведения 053 07 04 4270000 329 735,6 Обеспечение деятельности подведомственных учреждений 053 07 04 4270000 327 329 735,6 Другие вопросы в области образования 053 07 09 2 253,3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053 07 09 4520000 2 253,3 Обеспечение деятельности подведомственных учреждений 053 07 09 4520000 327 2 253,3 Социальная политика 053 10 29 225,8 Социальное обеспечение населения 053 10 03 29 225,8 Федеральная целевая программа "Жилище" на 2002-2010 годы (второй этап) 053 10 03 1040000 29 225,8 Мероприятия по обеспечению жильем отдельных категорий граждан 053 10 03 1044000 29 225,8 Мероприятия по обеспечению жильем федеральных государственных гражданских служащих 053 10 03 1044001 29 225,8 Обеспечение жильем федеральных государственных гражданских служащих 053 10 03 1044001 670 29 225,8 Межбюджетные трансферты 053 11 12 062 685,7 Фонды компенсаций 053 11 02 12 027 376,4 Фонд компенсаций 053 11 02 5190000 12 027 376,4 Субвенции бюджетам субъектов Российской Федерации на реализацию отдельных полномочий в области лесных отношений 053 11 02 5190000 584 12 027 376,4 Другие межбюджетные трансферты 053 11 03 35 309,3 Непрограммные инвестиции в основные фонды 053 11 03 1020000 35 309,3 Строительство объектов общегражданского назначения 053 11 03 1020000 214 35 309,3 МИНИСТЕРСТВО ЗДРАВООХРАНЕНИЯ И СОЦИАЛЬНОГО РАЗВИТИЯ РОССИЙСКОЙ ФЕДЕРАЦИИ 055 9 154 325,8 Общегосударственные вопросы 055 01 321 745,7 Международные отношения и международное сотрудничество 055 01 08 321 745,7 Международное сотрудничество 055 01 08 0300000 321 745,7 Взносы в международные организации 055 01 08 0300000 120 321 745,7 Образование 055 07 756 233,6 Переподготовка и повышение квалификации 055 07 05 756 233,6 Институты повышения квалификации 055 07 05 4280000 756 233,6 Государственный заказ на профессиональную переподготовку и повышение квалификации государственных служащих 055 07 05 4280000 449 756 233,6 Здравоохранение и спорт 055 09 2 637 212,0 Здравоохранение 055 09 01 167 753,0 Федеральные целевые программы 055 09 01 1000000 13 250,0 Федеральная целевая программа "Социальная поддержка инвалидов на 2006-2010 годы" 055 09 01 1000700 13 250,0 Расходы общепрограммного характера по федеральной целевой программе "Социальная поддержка инвалидов на 2006-2010 годы" 055 09 01 1000702 13 250,0 Строительство объектов для нужд отрасли 055 09 01 1000702 213 13 250,0 Больницы, клиники, госпитали, медико-санитарные части 055 09 01 4700000 154 503,0 Обеспечение деятельности подведомственных учреждений 055 09 01 4700000 327 154 503,0 Прикладные научные исследования в области здравоохранения и спорта 055 09 03 52 000,0 Прикладные научные исследования и разработки 055 09 03 0810000 50 000,0 Выполнение научно-исследовательских и опытно-конструкторских работ по государственным контрактам 055 09 03 0810000 196 50 000,0 Федеральные целевые программы 055 09 03 1000000 2 000,0 Федеральная целевая программа "Развитие государственной статистики России в 2007-2011 годах" 055 09 03 1006200 2 000,0 Выполнение научно-исследовательских и опытно-конструкторских работ по государственным контрактам 055 09 03 1006200 196 2 000,0 Другие вопросы в области здравоохранения и спорта 055 09 04 2 417 459,0 Руководство и управление в сфере установленных функций 055 09 04 0010000 575 131,7 Центральный аппарат 055 09 04 0010000 005 575 076,0 Выплаты независимым экспертам 055 09 04 0010000 281 55,7 Международное сотрудничество 055 09 04 0300000 1 343 178,1 Обеспечение мероприятий, предусмотренных соглашениями с международными финансовыми организациями 055 09 04 0300000 123 1 168 656,7 Расходы, связанные с реализацией соглашений с международными финансовыми организациями 055 09 04 0300000 154 174 521,4 Учреждения по обеспечению хозяйственного обслуживания 055 09 04 0930000 1 362,2 Специальные объекты 055 09 04 0930000 223 1 362,2 Реформирование государственной службы Российской Федерации 055 09 04 0940000 10 500,0 Обеспечение мероприятий по реформированию государственной и муниципальной службы 055 09 04 0940000 211 10 500,0 Государственная программа по оказанию содействия добровольному переселению в Российскую Федерацию соотечественников, проживающих за рубежом 055 09 04 1310000 9 230,0 Обеспечение мероприятий по оказанию содействия добровольному переселению в Российскую Федерацию соотечественников, проживающих за рубежом 055 09 04 1310000 134 9 230,0 Реализация государственных функций в области здравоохранения, спорта и туризма 055 09 04 4850000 478 057,0 Методическое обеспечение и информационная поддержка 055 09 04 4850000 490 478 057,0 Социальная политика 055 10 5 439 134,5 Социальное обслуживание населения 055 10 02 59 357,5 Медико-социальная экспертная комиссия 055 10 02 5000000 59 357,5 Обеспечение деятельности подведомственных учреждений 055 10 02 5000000 327 59 357,5 Социальное обеспечение населения 055 10 03 95 690,0 Федеральная целевая программа "Жилище" на 2002-2010 годы (второй этап) 055 10 03 1040000 95 690,0 Мероприятия по обеспечению жильем отдельных категорий граждан 055 10 03 1044000 95 690,0 Мероприятия по обеспечению жильем федеральных государственных гражданских служащих 055 10 03 1044001 95 690,0 Обеспечение жильем федеральных государственных гражданских служащих 055 10 03 1044001 670 95 690,0 Прикладные научные исследования в области социальной политики 055 10 05 50 000,0 Прикладные научные исследования и разработки 055 10 05 0810000 50 000,0 Выполнение научно-исследовательских и опытно-конструкторских работ по государственным контрактам 055 10 05 0810000 196 50 000,0 Другие вопросы в области социальной политики 055 10 06 5 234 087,0 Реализация государственных функций в области социальной политики 055 10 06 5140000 5 234 087,0 Разработка и реализация комплекса мер по оказанию государственной поддержки детям, оказавшимся в трудной жизненной ситуации 055 10 06 5140000 106 5 234 087,0 МИНИСТЕРСТВО КУЛЬТУРЫ И МАССОВЫХ КОММУНИКАЦИЙ РОССИЙСКОЙ ФЕДЕРАЦИИ 057 1 023 905,2 Общегосударственные вопросы 057 01 10 950,9 Международные отношения и международное сотрудничество 057 01 08 10 950,9 Международное сотрудничество 057 01 08 0300000 10 950,9 Взносы в международные организации 057 01 08 0300000 120 10 950,9 Культура, кинематография и средства массовой информации 057 08 991 794,3 Другие вопросы в области культуры, кинематографии и средств массовой информации 057 08 06 991 794,3 Руководство и управление в сфере установленных функций 057 08 06 0010000 142 958,0 Центральный аппарат 057 08 06 0010000 005 142 938,3 Выплаты независимым экспертам 057 08 06 0010000 281 19,7 Международное сотрудничество 057 08 06 0300000 796 086,3 Обеспечение мероприятий, предусмотренных соглашениями с международными финансовыми организациями 057 08 06 0300000 123 386 464,7 Расходы, связанные с реализацией соглашений с международными финансовыми организациями 057 08 06 0300000 154 409 621,6 Мероприятия в сфере культуры, кинематографии и средств массовой информации 057 08 06 4500000 52 750,0 Субвенции на гранты в области науки, культуры, искусства и средств массовой информации 057 08 06 4500000 198 18 000,0 Мероприятия по патриотическому воспитанию граждан Российской Федерации 057 08 06 4500000 257 4 750,0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057 08 06 4500000 448 25 000,0 Государственная поддержка в сфере культуры, кинематографии и средств массовой информации 057 08 06 4500000 453 5 000,0 Социальная политика 057 10 21 160,0 Социальное обеспечение населения 057 10 03 21 160,0 Федеральная целевая программа "Жилище" на 2002-2010 годы (второй этап) 057 10 03 1040000 21 160,0 Мероприятия по обеспечению жильем отдельных категорий граждан 057 10 03 1044000 21 160,0 Мероприятия по обеспечению жильем федеральных государственных гражданских служащих 057 10 03 1044001 21 160,0 Обеспечение жильем федеральных государственных гражданских служащих 057 10 03 1044001 670 21 160,0 ФЕДЕРАЛЬНОЕ АГЕНТСТВО ПО КУЛЬТУРЕ И КИНЕМАТОГРАФИИ 058 43 133 509,7 Жилищно-коммунальное хозяйство 058 05 2 500,0 Жилищное хозяйство 058 05 01 2 500,0 Федеральная целевая программа "Жилище" на 2002-2010 годы (второй этап) 058 05 01 1040000 2 500,0 Мероприятия по обеспечению жильем отдельных категорий граждан 058 05 01 1044000 2 500,0 Мероприятия по обеспечению жильем федеральных государственных гражданских служащих 058 05 01 1044001 2 500,0 Строительство объектов для нужд отрасли 058 05 01 1044001 213 2 500,0 Образование 058 07 5 403 113,7 Общее образование 058 07 02 6,0 Школы - детские сады, школы начальные, неполные средние и средние 058 07 02 4210000 6,0 Обеспечение деятельности подведомственных учреждений 058 07 02 4210000 327 6,0 Среднее профессиональное образование 058 07 04 469 928,0 Средние специальные учебные заведения 058 07 04 4270000 469 928,0 Обеспечение деятельности подведомственных учреждений 058 07 04 4270000 327 469 928,0 Переподготовка и повышение квалификации 058 07 05 20 954,7 Учебные заведения и курсы по переподготовке кадров 058 07 05 4290000 20 954,7 Обеспечение деятельности подведомственных учреждений 058 07 05 4290000 327 20 954,7 Высшее профессиональное образование 058 07 06 4 907 842,0 Федеральные целевые программы 058 07 06 1000000 195 000,0 Федеральная целевая программа "Культура России (2006-2010 годы)" 058 07 06 1000200 195 000,0 Строительство объектов для нужд отрасли 058 07 06 1000200 213 195 000,0 Непрограммные инвестиции в основные фонды 058 07 06 1020000 405 000,0 Строительство объектов общегражданского назначения 058 07 06 1020000 214 405 000,0 Высшие учебные заведения 058 07 06 4300000 4 307 842,0 Обеспечение деятельности подведомственных учреждений 058 07 06 4300000 327 3 340 639,8 Обеспечение деятельности особо ценных объектов (учреждений) культурного наследия народов Российской Федерации 058 07 06 4300000 451 967 202,2 Другие вопросы в области образования 058 07 09 4 383,0 Федеральные целевые программы 058 07 09 1000000 3 000,0 Федеральная целевая программа "Дети России" на 2007-2010 годы 058 07 09 1001300 3 000,0 Подпрограмма "Одаренные дети" 058 07 09 1001303 3 000,0 Государственная поддержка в сфере образования 058 07 09 1001303 285 3 000,0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058 07 09 4520000 1 383,0 Обеспечение деятельности подведомственных учреждений 058 07 09 4520000 327 1 383,0 Культура, кинематография и средства массовой информации 058 08 33 234 309,0 Культура 058 08 01 29 736 085,3 Резервные фонды 058 08 01 0700000 60 900,0 Резервный фонд Правительства Российской Федерации 058 08 01 0700000 180 50 900,0 Резервный фонд Президента Российской Федерации 058 08 01 0700000 181 10 000,0 Федеральные целевые программы 058 08 01 1000000 9 458 200,0 Федеральная целевая программа "Культура России (2006-2010 годы)" 058 08 01 1000200 9 455 600,0 Строительство объектов для нужд отрасли 058 08 01 1000200 213 8 015 700,0 Государственная поддержка в сфере культуры, кинематографии и средств массовой информации 058 08 01 1000200 453 1 439 900,0 Федеральная целевая программа "Дети России" на 2007-2010 годы 058 08 01 1001300 2 600,0 Подпрограмма "Дети и семья" 058 08 01 1001302 2 600,0 Государственная поддержка в сфере культуры, кинематографии и средств массовой информации 058 08 01 1001302 453 2 600,0 Непрограммные инвестиции в основные фонды 058 08 01 1020000 1 008 000,0 Строительство объектов общегражданского назначения 058 08 01 1020000 214 1 008 000,0 Дворцы и дома культуры, другие учреждения культуры и средств массовой информации 058 08 01 4400000 376 548,3 Обеспечение деятельности подведомственных учреждений 058 08 01 4400000 327 376 548,3 Музеи и постоянные выставки 058 08 01 4410000 7 050 717,1 Обеспечение деятельности подведомственных учреждений 058 08 01 4410000 327 1 861 927,4 Обеспечение деятельности особо ценных объектов (учреждений) культурного наследия народов Российской Федерации 058 08 01 4410000 451 5 188 789,7 Библиотеки 058 08 01 4420000 2 315 905,4 Обеспечение деятельности подведомственных учреждений 058 08 01 4420000 327 499 534,2 Обеспечение деятельности особо ценных объектов (учреждений) культурного наследия народов Российской Федерации 058 08 01 4420000 451 1 816 371,2 Театры, цирки, концертные и другие организации исполнительских искусств 058 08 01 4430000 5 360 621,3 Обеспечение деятельности подведомственных учреждений 058 08 01 4430000 327 3 298 688,3 Обеспечение деятельности особо ценных объектов (учреждений) культурного наследия народов Российской Федерации 058 08 01 4430000 451 1 734 632,0 Государственная поддержка в сфере культуры, кинематографии и средств массовой информации 058 08 01 4430000 453 327 301,0 Мероприятия в сфере культуры, кинематографии и средств массовой информации 058 08 01 4500000 4 105 193,2 Субвенции на гранты в области науки, культуры, искусства и средств массовой информации 058 08 01 4500000 198 50 000,0 Мероприятия по патриотическому воспитанию граждан Российской Федерации 058 08 01 4500000 257 9 350,0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058 08 01 4500000 448 2 300,0 Государственная поддержка в сфере культуры, кинематографии и средств массовой информации 058 08 01 4500000 453 4 043 543,2 Кинематография 058 08 02 3 183 902,4 Федеральные целевые программы 058 08 02 1000000 1 047 100,0 Федеральная целевая программа "Культура России (2006-2010 годы)" 058 08 02 1000200 1 047 100,0 Государственная поддержка в сфере культуры, кинематографии и средств массовой информации 058 08 02 1000200 453 1 047 100,0 Мероприятия в сфере культуры, кинематографии и средств массовой информации 058 08 02 4500000 2 136 802,4 Мероприятия по патриотическому воспитанию граждан Российской Федерации 058 08 02 4500000 257 2 000,0 Государственная поддержка в сфере культуры, кинематографии и средств массовой информации 058 08 02 4500000 453 2 134 802,4 Прикладные научные исследования в области культуры, кинематографии и средств массовой информации 058 08 05 187 414,3 Прикладные научные исследования и разработки 058 08 05 0810000 166 414,3 Обеспечение деятельности подведомственных учреждений 058 08 05 0810000 327 166 414,3 Федеральные целевые программы 058 08 05 1000000 21 000,0 Федеральная целевая программа "Культура России (2006-2010 годы)" 058 08 05 1000200 20 000,0 Выполнение научно-исследовательских и опытно-конструкторских работ по государственным контрактам 058 08 05 1000200 196 20 000,0 Федеральная целевая программа "Социальное развитие села до 2010 года" 058 08 05 1001100 1 000,0 Выполнение научно-исследовательских и опытно-конструкторских работ по государственным контрактам 058 08 05 1001100 196 1 000,0 Другие вопросы в области культуры, кинематографии и средств массовой информации 058 08 06 126 907,0 Руководство и управление в сфере установленных функций 058 08 06 0010000 125 877,1 Центральный аппарат 058 08 06 0010000 005 125 826,0 Выплаты независимым экспертам 058 08 06 0010000 281 51,1 Учреждения по обеспечению хозяйственного обслуживания 058 08 06 0930000 1 029,9 Специальные объекты 058 08 06 0930000 223 1 029,9 Социальная политика 058 10 18 660,0 Социальное обеспечение населения 058 10 03 18 660,0 Федеральная целевая программа "Жилище" на 2002-2010 годы (второй этап) 058 10 03 1040000 18 660,0 Мероприятия по обеспечению жильем отдельных категорий граждан 058 10 03 1044000 18 660,0 Мероприятия по обеспечению жильем федеральных государственных гражданских служащих 058 10 03 1044001 18 660,0 Обеспечение жильем федеральных государственных гражданских служащих 058 10 03 1044001 670 18 660,0 Межбюджетные трансферты 058 11 4 474 927,0 Финансовая помощь бюджетам других уровней 058 11 01 12 830,0 Иные безвозмездные и безвозвратные перечисления 058 11 01 5200000 12 830,0 Резервный фонд Президента Российской Федерации 058 11 01 5200000 181 4 000,0 Субсидии 058 11 01 5200000 197 8 830,0 Фонды компенсаций 058 11 02 67 800,0 Мероприятия в сфере культуры, кинематографии и средств массовой информации 058 11 02 4500000 67 800,0 Субвенции на гранты в области науки, культуры, искусства и средств массовой информации 058 11 02 4500000 198 67 800,0 Другие межбюджетные трансферты 058 11 03 4 394 297,0 Федеральные целевые программы 058 11 03 1000000 1 225 010,0 Федеральная целевая программа "Культура России (2006-2010 годы)" 058 11 03 1000200 410 000,0 Строительство объектов для нужд отрасли 058 11 03 1000200 213 410 000,0 Федеральная целевая программа "Социальное развитие села до 2010 года" 058 11 03 1001100 10 000,0 Строительство объектов для нужд отрасли 058 11 03 1001100 213 10 000,0 Федеральная целевая программа развития Калининградской области на период до 2010 года 058 11 03 1004500 170 410,0 Строительство объектов для нужд отрасли 058 11 03 1004500 213 170 410,0 Федеральная целевая программа "Экономическое и социальное развитие Дальнего Востока и Забайкалья на 1996-2005 и до 2010 года" 058 11 03 1004600 10 000,0 Строительство объектов для нужд отрасли 058 11 03 1004600 213 10 000,0 Федеральная целевая программа "Восстановление экономики и социальной сферы Чеченской Республики (2002 год и последующие годы)" 058 11 03 1005000 624 600,0 Строительство объектов для нужд отрасли 058 11 03 1005000 213 624 600,0 Непрограммные инвестиции в основные фонды 058 11 03 1020000 3 169 287,0 Строительство объектов общегражданского назначения 058 11 03 1020000 214 3 169 287,0 ФЕДЕРАЛЬНАЯ СЛУЖБА ПО НАДЗОРУ ЗА СОБЛЮДЕНИЕМ ЗАКОНОДАТЕЛЬСТВА В СФЕРЕ МАССОВЫХ КОММУНИКАЦИЙ И ОХРАНЕ КУЛЬТУРНОГО НАСЛЕДИЯ 059 9 000,0 Социальная политика 059 10 9 000,0 Социальное обеспечение населения 059 10 03 9 000,0 Федеральная целевая программа "Жилище" на 2002-2010 годы (второй этап) 059 10 03 1040000 9 000,0 Мероприятия по обеспечению жильем отдельных категорий граждан 059 10 03 1044000 9 000,0 Мероприятия по обеспечению жильем федеральных государственных гражданских служащих 059 10 03 1044001 9 000,0 Обеспечение жильем федеральных государственных гражданских служащих 059 10 03 1044001 670 9 000,0 ФЕДЕРАЛЬНАЯ СЛУЖБА ПО НАДЗОРУ В СФЕРЕ ЗДРАВООХРАНЕНИЯ И СОЦИАЛЬНОГО РАЗВИТИЯ 060 6 176 776,3 Национальная экономика 060 04 3 339 000,0 Другие вопросы в области национальной экономики 060 04 11 3 339 000,0 Непрограммные инвестиции в основные фонды 060 04 11 1020000 3 339 000,0 Строительство объектов общегражданского назначения 060 04 11 1020000 214 3 339 000,0 Здравоохранение и спорт 060 09 2 831 426,3 Здравоохранение 060 09 01 2 182 755,6 Плазмацентры 060 09 01 4680000 2 142 909,1 Обеспечение деятельности подведомственных учреждений 060 09 01 4680000 327 2 142 909,1 Учреждения, обеспечивающие предоставление услуг в сфере здравоохранения 060 09 01 4690000 3 025,5 Обеспечение деятельности подведомственных учреждений 060 09 01 4690000 327 3 025,5 Больницы, клиники, госпитали, медико-санитарные части 060 09 01 4700000 35 963,1 Обеспечение деятельности подведомственных учреждений 060 09 01 4700000 327 35 963,1 Поликлиники, амбулатории, диагностические центры 060 09 01 4710000 857,9 Обеспечение деятельности подведомственных учреждений 060 09 01 4710000 327 857,9 Прикладные научные исследования в области здравоохранения и спорта 060 09 03 69 198,5 Прикладные научные исследования и разработки 060 09 03 0810000 69 198,5 Обеспечение деятельности подведомственных учреждений 060 09 03 0810000 327 69 198,5 Другие вопросы в области здравоохранения и спорта 060 09 04 579 472,2 Руководство и управление в сфере установленных функций 060 09 04 0010000 579 472,2 Центральный аппарат 060 09 04 0010000 005 85 471,9 Территориальные органы 060 09 04 0010000 006 493 931,5 Выплаты независимым экспертам 060 09 04 0010000 281 68,8 Социальная политика 060 10 6 350,0 Социальное обеспечение населения 060 10 03 6 350,0 Федеральная целевая программа "Жилище" на 2002-2010 годы (второй этап) 060 10 03 1040000 6 350,0 Мероприятия по обеспечению жильем отдельных категорий граждан 060 10 03 1044000 6 350,0 Мероприятия по обеспечению жильем федеральных государственных гражданских служащих 060 10 03 1044001 6 350,0 Обеспечение жильем федеральных государственных гражданских служащих 060 10 03 1044001 670 6 350,0 ФЕДЕРАЛЬНОЕ АГЕНТСТВО ПО ЗДРАВООХРАНЕНИЮ И СОЦИАЛЬНОМУ РАЗВИТИЮ 061 182 994 560,8 Национальная безопасность и правоохранительная деятельность 061 03 21 500,0 Прикладные научные исследования в области национальной безопасности и правоохранительной деятельности 061 03 12 21 500,0 Федеральные целевые программы 061 03 12 1000000 21 500,0 Федеральная целевая программа "Комплексные меры противодействия злоупотреблению наркотиками и их незаконному обороту на 2005-2009 годы" 061 03 12 1002500 21 500,0 Выполнение научно-исследовательских и опытно-конструкторских работ по государственным контрактам 061 03 12 1002500 196 21 500,0 Жилищно-коммунальное хозяйство 061 05 46 870,0 Жилищное хозяйство 061 05 01 46 870,0 Федеральная целевая программа "Жилище" на 2002-2010 годы (второй этап) 061 05 01 1040000 46 870,0 Мероприятия по обеспечению жильем отдельных категорий граждан 061 05 01 1044000 46 870,0 Мероприятия по обеспечению жильем молодых ученых и строительство общежитий 061 05 01 1044002 46 870,0 Строительство общежитий 061 05 01 1044002 673 46 870,0 Образование 061 07 13 362 643,9 Среднее профессиональное образование 061 07 04 593 348,4 Федеральные целевые программы 061 07 04 1000000 25 200,0 Федеральная целевая программа "Социальная поддержка инвалидов на 2006-2010 годы" 061 07 04 1000700 25 200,0 Расходы общепрограммного характера по федеральной целевой программе "Социальная поддержка инвалидов на 2006-2010 годы" 061 07 04 1000702 25 200,0 Строительство объектов для нужд отрасли 061 07 04 1000702 213 25 200,0 Непрограммные инвестиции в основные фонды 061 07 04 1020000 8 500,0 Строительство объектов общегражданского назначения 061 07 04 1020000 214 8 500,0 Средние специальные учебные заведения 061 07 04 4270000 539 648,4 Обеспечение деятельности подведомственных учреждений 061 07 04 4270000 327 539 648,4 Мероприятия в области образования 061 07 04 4360000 20 000,0 Государственная поддержка подготовки рабочих кадров и специалистов для высокотехнологичных производств 061 07 04 4360000 436 20 000,0 Переподготовка и повышение квалификации 061 07 05 782 795,2 Институты повышения квалификации 061 07 05 4280000 782 795,2 Обеспечение деятельности подведомственных учреждений 061 07 05 4280000 327 735 625,7 Дополнительная подготовка участковых врачей 061 07 05 4280000 491 47 169,5 Высшее профессиональное образование 061 07 06 11 945 103,9 Непрограммные инвестиции в основные фонды 061 07 06 1020000 1 262 200,0 Строительство объектов общегражданского назначения 061 07 06 1020000 214 1 262 200,0 Высшие учебные заведения 061 07 06 4300000 10 682 903,9 Обеспечение деятельности подведомственных учреждений 061 07 06 4300000 327 10 430 073,4 Дополнительная подготовка участковых врачей 061 07 06 4300000 491 252 830,5 Другие вопросы в области образования 061 07 09 41 396,4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061 07 09 4520000 41 396,4 Обеспечение деятельности подведомственных учреждений 061 07 09 4520000 327 41 396,4 Здравоохранение и спорт 061 09 137 734 355,0 Здравоохранение 061 09 01 136 484 122,4 Руководство и управление в сфере установленных функций 061 09 01 0010000 100 000,0 Разработка типового проекта медицинского центра по оказанию специализированной медицинской помощи в области акушерства, гинекологии и неонатологии (перинатальных центров) 061 09 01 0010000 105 100 000,0 Учреждения по обеспечению хозяйственного обслуживания 061 09 01 0930000 1 820,2 Специальные объекты 061 09 01 0930000 223 1 820,2 Федеральные целевые программы 061 09 01 1000000 3 590 287,2 Федеральная целевая программа "Социальная поддержка инвалидов на 2006-2010 годы" 061 09 01 1000700 75 610,0 Расходы общепрограммного характера по федеральной целевой программе "Социальная поддержка инвалидов на 2006-2010 годы" 061 09 01 1000702 75 610,0 Строительство объектов для нужд отрасли 061 09 01 1000702 213 75 610,0 Федеральная целевая программа "Дети России" на 2007-2010 годы 061 09 01 1001300 520 100,0 Подпрограмма "Здоровое поколение" 061 09 01 1001301 429 000,0 Строительство объектов для нужд отрасли 061 09 01 1001301 213 240 800,0 Мероприятия в области здравоохранения, спорта и физической культуры, туризма 061 09 01 1001301 455 188 200,0 Подпрограмма "Дети и семья" 061 09 01 1001302 91 100,0 Строительство объектов для нужд отрасли 061 09 01 1001302 213 4 700,0 Мероприятия в области здравоохранения, спорта и физической культуры, туризма 061 09 01 1001302 455 86 400,0 Федеральная целевая программа "Предупреждение и борьба с социально значимыми заболеваниями (2007-2011 годы)" 061 09 01 1002300 2 368 997,2 Подпрограмма "Сахарный диабет" 061 09 01 1002301 269 700,0 Мероприятия в области здравоохранения, спорта и физической культуры, туризма 061 09 01 1002301 455 269 700,0 Подпрограмма "Туберкулез" 061 09 01 1002302 973 200,0 Строительство объектов для нужд отрасли 061 09 01 1002302 213 50 000,0 Мероприятия в области здравоохранения, спорта и физической культуры, туризма 061 09 01 1002302 455 923 200,0 Подпрограмма "Вакцинопрофилактика" 061 09 01 1002303 9 000,0 Мероприятия в области здравоохранения, спорта и физической культуры, туризма 061 09 01 1002303 455 9 000,0 Подпрограмма "ВИЧ-инфекция" 061 09 01 1002304 70 000,0 Строительство объектов для нужд отрасли 061 09 01 1002304 213 18 700,0 Мероприятия в области здравоохранения, спорта и физической культуры, туризма 061 09 01 1002304 455 51 300,0 Подпрограмма "Онкология" 061 09 01 1002305 255 600,0 Мероприятия в области здравоохранения, спорта и физической культуры, туризма 061 09 01 1002305 455 255 600,0 Подпрограмма "Инфекции, передаваемые половым путем" 061 09 01 1002306 161 600,0 Строительство объектов для нужд отрасли 061 09 01 1002306 213 39 400,0 Мероприятия в области здравоохранения, спорта и физической культуры, туризма 061 09 01 1002306 455 122 200,0 Подпрограмма "Вирусные гепатиты" 061 09 01 1002307 321 300,0 Мероприятия в области здравоохранения, спорта и физической культуры, туризма 061 09 01 1002307 455 321 300,0 Подпрограмма "Психические расстройства" 061 09 01 1002308 265 100,0 Строительство объектов для нужд отрасли 061 09 01 1002308 213 121 500,0 Мероприятия в области здравоохранения, спорта и физической культуры, туризма 061 09 01 1002308 455 143 600,0 Подпрограмма "Артериальная гипертония" 061 09 01 1002309 43 497,2 Мероприятия в области здравоохранения, спорта и физической культуры, туризма 061 09 01 1002309 455 43 497,2 Федеральная целевая программа "Преодоление последствий радиационных аварий на период до 2010 года" 061 09 01 1002900 55 000,0 Строительство объектов для нужд отрасли 061 09 01 1002900 213 55 000,0 Федеральная целевая программа "Восстановление экономики и социальной сферы Чеченской Республики (2002 год и последующие годы)" 061 09 01 1005000 422 650,0 Строительство объектов для нужд отрасли 061 09 01 1005000 213 422 650,0 Федеральная целевая программа "Повышение безопасности дорожного движения в 2006 - 2012 годах" 061 09 01 1005900 147 930,0 Строительство объектов для нужд отрасли 061 09 01 1005900 213 24 000,0 Мероприятия в области здравоохранения, спорта и физической культуры, туризма 061 09 01 1005900 455 123 930,0 Непрограммные инвестиции в основные фонды 061 09 01 1020000 2 817 400,0 Строительство объектов общегражданского назначения 061 09 01 1020000 214 2 817 400,0 Строительство федеральных центров высоких медицинских технологий 061 09 01 1060000 28 803 468,0 Федеральный центр сердечно-сосудистой хирургии, г. Астрахань 061 09 01 1060001 1 579 325,5 Строительство объектов общегражданского назначения 061 09 01 1060001 214 1 579 325,5 Федеральный центр травматологии, ортопедии и эндопротезирования, г. Краснодар 061 09 01 1060002 1 476 652,5 Строительство объектов общегражданского назначения 061 09 01 1060002 214 1 476 652,5 Федеральный центр сердечно-сосудистой хирургии, г. Красноярск 061 09 01 1060003 1 993 849,5 Строительство объектов общегражданского назначения 061 09 01 1060003 214 1 993 849,5 Федеральный центр сердечно-сосудистой хирургии, г. Пенза 061 09 01 1060004 1 596 990,6 Строительство объектов общегражданского назначения 061 09 01 1060004 214 1 596 990,6 Федеральный центр нейрохирургии, г. Тюмень 061 09 01 1060005 1 698 726,0 Строительство объектов общегражданского назначения 061 09 01 1060005 214 1 698 726,0 Федеральный центр сердечно-сосудистой хирургии, г. Хабаровск 061 09 01 1060006 2 008 549,5 Строительство объектов общегражданского назначения 061 09 01 1060006 214 2 008 549,5 Федеральный центр травматологии, ортопедии и эндопротезирования, г. Чебоксары 061 09 01 1060007 1 476 390,6 Строительство объектов общегражданского назначения 061 09 01 1060007 214 1 476 390,6 Федеральный научно-клинический центр детской гематологии, онкологии и иммунологии, г. Москва 061 09 01 1060008 1 282 483,8 Строительство объектов общегражданского назначения 061 09 01 1060008 214 1 282 483,8 Федеральный центр травматологии, ортопедии и эндопротезирования, г. Барнаул 061 09 01 1060009 2 069 300,0 Строительство объектов общегражданского назначения 061 09 01 1060009 214 2 069 300,0 Федеральный центр травматологии, ортопедии и эндопротезирования, г. Владивосток 061 09 01 1060010 2 069 300,0 Строительство объектов общегражданского назначения 061 09 01 1060010 214 2 069 300,0 Федеральный центр сердечно-сосудистой хирургии, г. Калининград 061 09 01 1060011 2 442 100,0 Строительство объектов общегражданского назначения 061 09 01 1060011 214 2 442 100,0 Федеральный центр нейрохирургии, г. Новосибирск 061 09 01 1060012 2 156 300,0 Строительство объектов общегражданского назначения 061 09 01 1060012 214 2 156 300,0 Федеральный центр сердечно-сосудистой хирургии, г. Пермь 061 09 01 1060013 2 442 100,0 Строительство объектов общегражданского назначения 061 09 01 1060013 214 2 442 100,0 Федеральный центр травматологии, ортопедии и эндопротезирования, г. Смоленск 061 09 01 1060014 2 069 300,0 Строительство объектов общегражданского назначения 061 09 01 1060014 214 2 069 300,0 Федеральный центр сердечно-сосудистой хирургии, г. Челябинск 061 09 01 1060015 2 442 100,0 Строительство объектов общегражданского назначения 061 09 01 1060015 214 2 442 100,0 Учреждения, обеспечивающие предоставление услуг в сфере здравоохранения 061 09 01 4690000 260 279,9 Обеспечение деятельности подведомственных учреждений 061 09 01 4690000 327 260 279,9 Больницы, клиники, госпитали, медико-санитарные части 061 09 01 4700000 14 291 834,4 Обеспечение деятельности подведомственных учреждений 061 09 01 4700000 327 11 740 102,5 Высокотехнологичные виды медицинской помощи 061 09 01 4700000 456 2 551 731,9 Поликлиники, амбулатории, диагностические центры 061 09 01 4710000 587 680,5 Обеспечение деятельности подведомственных учреждений 061 09 01 4710000 327 587 680,5 Станции переливания крови 061 09 01 4720000 74 336,4 Обеспечение деятельности подведомственных учреждений 061 09 01 4720000 327 74 336,4 Санатории для больных туберкулезом 061 09 01 4730000 986 937,7 Обеспечение деятельности подведомственных учреждений 061 09 01 4730000 327 986 937,7 Санатории для детей и подростков 061 09 01 4740000 1 853 856,4 Обеспечение деятельности подведомственных учреждений 061 09 01 4740000 327 1 853 856,4 Санатории, пансионаты, дома отдыха и турбазы 061 09 01 4750000 352 923,4 Обеспечение деятельности подведомственных учреждений 061 09 01 4750000 327 352 923,4 Реализация государственных функций в области здравоохранения, спорта и туризма 061 09 01 4850000 82 763 298,3 Централизованные закупки медикаментов и медицинского оборудования 061 09 01 4850000 457 2 416 628,3 Приобретение диагностического оборудования для организации первичной медико-санитарной помощи в целях обеспечения муниципальных учреждений 061 09 01 4850000 485 15 403 015,1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гепатита В, С 061 09 01 4850000 486 7 556 801,2 Централизованные закупки оборудования и расходных материалов для неонатального скрининга 061 09 01 4850000 487 404 042,9 Централизованные закупки машин скорой медицинской помощи, реанимобилей для учреждений скорой медицинской помощи и санитарной авиации 061 09 01 4850000 488 3 922 810,8 Централизованные закупки в рамках национального календаря профилактических прививок 061 09 01 4850000 489 3 799 900,0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061 09 01 4850000 545 46 910 000,0 Совершенствование организации медицинской помощи пострадавшим при дорожно-транспортных происшествиях 061 09 01 4850000 546 100 000,0 Совершенствование медицинской помощи больным с сосудистыми заболеваниями 061 09 01 4850000 547 2 250 100,0 Прикладные научные исследования в области здравоохранения и спорта 061 09 03 970 127,3 Прикладные научные исследования и разработки 061 09 03 0810000 613 757,3 Обеспечение деятельности подведомственных учреждений 061 09 03 0810000 327 613 757,3 Федеральные целевые программы 061 09 03 1000000 356 370,0 Федеральная целевая программа "Социальное развитие села до 2010 года" 061 09 03 1001100 400,0 Выполнение научно-исследовательских и опытно-конструкторских работ по государственным контрактам 061 09 03 1001100 196 400,0 Федеральная целевая программа "Дети России" на 2007-2010 годы 061 09 03 1001300 3 000,0 Подпрограмма "Здоровое поколение" 061 09 03 1001301 3 000,0 Выполнение научно-исследовательских и опытно-конструкторских работ по государственным контрактам 061 09 03 1001301 196 3 000,0 Федеральная целевая программа "Предупреждение и борьба с социально значимыми заболеваниями (2007-2011 годы)" 061 09 03 1002300 272 470,0 Подпрограмма "Сахарный диабет" 061 09 03 1002301 33 900,0 Выполнение научно-исследовательских и опытно-конструкторских работ по государственным контрактам 061 09 03 1002301 196 33 900,0 Подпрограмма "Туберкулез" 061 09 03 1002302 26 800,0 Выполнение научно-исследовательских и опытно-конструкторских работ по государственным контрактам 061 09 03 1002302 196 26 800,0 Подпрограмма "Вакцинопрофилактика" 061 09 03 1002303 12 200,0 Выполнение научно-исследовательских и опытно-конструкторских работ по государственным контрактам 061 09 03 1002303 196 12 200,0 Подпрограмма "ВИЧ-инфекция" 061 09 03 1002304 25 600,0 Выполнение научно-исследовательских и опытно-конструкторских работ по государственным контрактам 061 09 03 1002304 196 25 600,0 Подпрограмма "Онкология" 061 09 03 1002305 42 500,0 Выполнение научно-исследовательских и опытно-конструкторских работ по государственным контрактам 061 09 03 1002305 196 42 500,0 Подпрограмма "Инфекции, передаваемые половым путем" 061 09 03 1002306 30 900,0 Выполнение научно-исследовательских и опытно-конструкторских работ по государственным контрактам 061 09 03 1002306 196 30 900,0 Подпрограмма "Вирусные гепатиты" 061 09 03 1002307 37 300,0 Выполнение научно-исследовательских и опытно-конструкторских работ по государственным контрактам 061 09 03 1002307 196 37 300,0 Подпрограмма "Психические расстройства" 061 09 03 1002308 60 800,0 Выполнение научно-исследовательских и опытно-конструкторских работ по государственным контрактам 061 09 03 1002308 196 60 800,0 Подпрограмма "Артериальная гипертония" 061 09 03 1002309 2 470,0 Выполнение научно-исследовательских и опытно-конструкторских работ по государственным контрактам 061 09 03 1002309 196 2 470,0 Федеральная целевая программа "Повышение безопасности дорожного движения в 2006-2012 годах" 061 09 03 1005900 80 500,0 Выполнение научно-исследовательских и опытно-конструкторских работ по государственным контрактам 061 09 03 1005900 196 80 500,0 Другие вопросы в области здравоохранения и спорта 061 09 04 280 105,3 Руководство и управление в сфере установленных функций 061 09 04 0010000 280 105,3 Центральный аппарат 061 09 04 0010000 005 274 189,4 Территориальные органы 061 09 04 0010000 006 5 890,7 Выплаты независимым экспертам 061 09 04 0010000 281 25,2 Социальная политика 061 10 11 779 454,5 Социальное обслуживание населения 061 10 02 3 871 960,7 Медико-социальная экспертная комиссия 061 10 02 5000000 3 458 840,5 Обеспечение деятельности подведомственных учреждений 061 10 02 5000000 327 3 458 840,5 Дома-интернаты для престарелых и инвалидов 061 10 02 5010000 201 504,7 Обеспечение деятельности подведомственных учреждений 061 10 02 5010000 327 201 504,7 Учреждения по обучению инвалидов 061 10 02 5020000 67 840,1 Обеспечение деятельности подведомственных учреждений 061 10 02 5020000 327 67 840,1 Стационары сложного протезирования 061 10 02 5030000 143 775,4 Обеспечение деятельности подведомственных учреждений 061 10 02 5030000 327 143 775,4 Социальное обеспечение населения 061 10 03 1 820 235,3 Федеральные целевые программы 061 10 03 1000000 10 840,0 Федеральная целевая программа "Преодоление последствий радиационных аварий на период до 2010 года" 061 10 03 1002900 10 840,0 Мероприятия в области социальной политики 061 10 03 1002900 482 10 840,0 Федеральная целевая программа "Жилище" на 2002-2010 годы (второй этап) 061 10 03 1040000 42 350,0 Мероприятия по обеспечению жильем отдельных категорий граждан 061 10 03 1044000 42 350,0 Мероприятия по обеспечению жильем федеральных государственных гражданских служащих 061 10 03 1044001 42 350,0 Обеспечение жильем федеральных государственных гражданских служащих 061 10 03 1044001 670 42 350,0 Меры социальной поддержки граждан 061 10 03 5050000 1 767 045,3 Обеспечение проведения ремонта индивидуальных жилых домов, принадлежащих членам семей военнослужащих, потерявшим кормильца 061 10 03 5050000 431 194 902,0 Компенсации женщинам, имеющим детей в возрасте до трех лет, уволенным в связи с ликвидацией предприятий, учреждений, организаций 061 10 03 5050000 471 3 787,0 Компенсации членам семей погибших военнослужащих 061 10 03 5050000 473 733 279,6 Обеспечение инвалидов транспортными средствами 061 10 03 5050000 476 835 076,7 Борьба с беспризорностью, опека, попечительство 061 10 04 238 500,0 Федеральные целевые программы 061 10 04 1000000 238 500,0 Федеральная целевая программа "Дети России" на 2007-2010 годы 061 10 04 1001300 238 500,0 Подпрограмма "Дети и семья" 061 10 04 1001302 238 500,0 Мероприятия в области социальной политики 061 10 04 1001302 482 238 500,0 Прикладные научные исследования в области социальной политики 061 10 05 77 696,4 Прикладные научные исследования и разработки 061 10 05 0810000 64 576,4 Обеспечение деятельности подведомственных учреждений 061 10 05 0810000 327 64 576,4 Федеральные целевые программы 061 10 05 1000000 13 120,0 Федеральная целевая программа "Социальная поддержка инвалидов на 2006-2010 годы" 061 10 05 1000700 11 120,0 Подпрограмма "Социальная поддержка и реабилитация инвалидов вследствие боевых действий и военной травмы" 061 10 05 1000701 840,0 Выполнение научно-исследовательских и опытно-конструкторских работ по государственным контрактам 061 10 05 1000701 196 840,0 Расходы общепрограммного характера по федеральной целевой программе "Социальная поддержка инвалидов на 2006-2010 годы" 061 10 05 1000702 10 280,0 Выполнение научно-исследовательских и опытно-конструкторских работ по государственным контрактам 061 10 05 1000702 196 10 280,0 Федеральная целевая программа "Дети России" на 2007-2010 годы 061 10 05 1001300 2 000,0 Подпрограмма "Дети и семья" 061 10 05 1001302 2 000,0 Выполнение научно-исследовательских и опытно-конструкторских работ по государственным контрактам 061 10 05 1001302 196 2 000,0 Другие вопросы в области социальной политики 061 10 06 5 771 062,1 Федеральные целевые программы 061 10 06 1000000 172 770,0 Федеральная целевая программа "Социальная поддержка инвалидов на 2006-2010 годы" 061 10 06 1000700 131 870,0 Подпрограмма "Социальная поддержка и реабилитация инвалидов вследствие боевых действий и военной травмы" 061 10 06 1000701 38 540,0 Мероприятия в области социальной политики 061 10 06 1000701 482 38 540,0 Расходы общепрограммного характера по федеральной целевой программе "Социальная поддержка инвалидов на 2006-2010 годы" 061 10 06 1000702 93 330,0 Мероприятия в области социальной политики 061 10 06 1000702 482 93 330,0 Федеральная целевая программа "Дети России" на 2007-2010 годы 061 10 06 1001300 40 900,0 Подпрограмма "Дети и семья" 061 10 06 1001302 40 900,0 Мероприятия в области социальной политики 061 10 06 1001302 482 40 900,0 Меры социальной поддержки граждан 061 10 06 5050000 4 320 198,7 Реализация мер социальной поддержки отдельных категорий граждан по проезду на транспорте пригородного сообщения 061 10 06 5050000 467 4 320 198,7 Реализация государственных функций в области социальной политики 061 10 06 5140000 1 278 093,4 Мероприятия в области социальной политики 061 10 06 5140000 482 1 278 093,4 Межбюджетные трансферты 061 11 20 049 737,4 Финансовая помощь бюджетам других уровней 061 11 01 10 766 115,0 Федеральные целевые программы 061 11 01 1000000 69 900,0 Федеральная целевая программа "Комплексные меры противодействия злоупотреблению наркотиками и их незаконному обороту на 2005-2009 годы" 061 11 01 1002500 69 900,0 Субсидии бюджетам субъектов Российской Федерации на оснащение специальным оборудованием государственных наркологических диспансеров 061 11 01 1002500 536 69 900,0 Мероприятия по проведению оздоровительной кампании детей 061 11 01 4320000 1 308 720,0 Субсидии бюджетам на мероприятия по организации оздоровительной кампании детей 061 11 01 4320000 430 1 308 720,0 Иные безвозмездные и безвозвратные перечисления 061 11 01 5200000 9 387 495,0 Резервный фонд Президента Российской Федерации 061 11 01 5200000 181 81 180,0 Субсидии бюджетам субъектов Российской Федерации на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061 11 01 5200000 544 990 000,0 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 061 11 01 5200000 600 8 316 315,0 Фонды компенсаций 061 11 02 192 593,4 Фонд компенсаций 061 11 02 5190000 192 593,4 Субвенции бюджетам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061 11 02 5190000 465 5 400,0 Субвенции бюджетам на реализацию полномочий по осуществлению выплат инвалидам компенсаций страховых премий по договорам обязательного страхования гражданской ответственности владельцев транспортных средств 061 11 02 5190000 466 152 713,7 Субвенции бюджетам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061 11 02 5190000 480 34 479,7 Другие межбюджетные трансферты 061 11 03 9 091 029,0 Федеральные целевые программы 061 11 03 1000000 4 449 809,0 Федеральная целевая программа "Социальная поддержка инвалидов на 2006-2010 годы" 061 11 03 1000700 38 500,0 Расходы общепрограммного характера по федеральной целевой программе "Социальная поддержка инвалидов на 2006-2010 годы" 061 11 03 1000702 38 500,0 Строительство объектов для нужд отрасли 061 11 03 1000702 213 38 500,0 Федеральная целевая программа "Социальное развитие села до 2010 года" 061 11 03 1001100 1 300,0 Строительство объектов для нужд отрасли 061 11 03 1001100 213 1 300,0 Федеральная целевая программа "Дети России" на 2007-2010 годы 061 11 03 1001300 982 750,0 Подпрограмма "Здоровое поколение" 061 11 03 1001301 360 950,0 Строительство объектов для нужд отрасли 061 11 03 1001301 213 360 950,0 Подпрограмма "Дети и семья" 061 11 03 1001302 621 800,0 Строительство объектов для нужд отрасли 061 11 03 1001302 213 621 800,0 Федеральная целевая программа "Предупреждение и борьба с социально значимыми заболеваниями (2007-2011 годы)" 061 11 03 1002300 449 700,0 Подпрограмма "Туберкулез" 061 11 03 1002302 109 300,0 Строительство объектов для нужд отрасли 061 11 03 1002302 213 109 300,0 Подпрограмма "ВИЧ-инфекция" 061 11 03 1002304 93 400,0 Строительство объектов для нужд отрасли 061 11 03 1002304 213 93 400,0 Подпрограмма "Онкология" 061 11 03 1002305 237 000,0 Строительство объектов для нужд отрасли 061 11 03 1002305 213 237 000,0 Подпрограмма "Психические расстройства" 061 11 03 1002308 10 000,0 Строительство объектов для нужд отрасли 061 11 03 1002308 213 10 000,0 Федеральная целевая программа развития Калининградской области на период до 2010 года 061 11 03 1004500 292 150,0 Строительство объектов для нужд отрасли 061 11 03 1004500 213 292 150,0 Федеральная целевая программа "Экономическое и социальное развитие Дальнего Востока и Забайкалья на 1996-2005 и до 2010 года" 061 11 03 1004600 656 730,0 Строительство объектов для нужд отрасли 061 11 03 1004600 213 656 730,0 Федеральная целевая программа "Социально-экономическое развитие Курильских островов (Сахалинская область) на 2007-2015 годы" 061 11 03 1004700 140 000,0 Строительство объектов для нужд отрасли 061 11 03 1004700 213 140 000,0 Федеральная целевая программа "Юг России" 061 11 03 1004800 680 800,0 Строительство объектов для нужд отрасли 061 11 03 1004800 213 680 800,0 Федеральная целевая программа "Восстановление экономики и социальной сферы Чеченской Республики (2002 год и последующие годы)" 061 11 03 1005000 1 141 879,0 Строительство объектов для нужд отрасли 061 11 03 1005000 213 1 141 879,0 Федеральная целевая программа "Повышение безопасности дорожного движения в 2006-2012 годах" 061 11 03 1005900 66 000,0 Строительство объектов для нужд отрасли 061 11 03 1005900 213 66 000,0 Непрограммные инвестиции в основные фонды 061 11 03 1020000 4 641 220,0 Строительство объектов общегражданского назначения 061 11 03 1020000 214 4 641 220,0 ФЕДЕРАЛЬНОЕ АГЕНТСТВО ПО ВЫСОКОТЕХНОЛОГИЧНОЙ МЕДИЦИНСКОЙ ПОМОЩИ 064 22 048 204,4 Здравоохранение и спорт 064 09 20 791 021,9 Здравоохранение 064 09 01 19 748 146,6 Федеральные целевые программы 064 09 01 1000000 207 950,0 Федеральная целевая программа "Дети России" на 2007-2010 годы 064 09 01 1001300 87 450,0 Подпрограмма "Здоровое поколение" 064 09 01 1001301 87 450,0 Строительство объектов для нужд отрасли 064 09 01 1001301 213 87 450,0 Федеральная целевая программа "Предупреждение и борьба с социально значимыми заболеваниями (2007-2011 годы)" 064 09 01 1002300 60 500,0 Подпрограмма "Туберкулез" 064 09 01 1002302 15 000,0 Строительство объектов для нужд отрасли 064 09 01 1002302 213 15 000,0 Подпрограмма "Онкология" 064 09 01 1002305 45 500,0 Строительство объектов для нужд отрасли 064 09 01 1002305 213 45 500,0 Федеральная целевая программа "Преодоление последствий радиационных аварий на период до 2010 года" 064 09 01 1002900 60 000,0 Строительство объектов для нужд отрасли 064 09 01 1002900 213 60 000,0 Непрограммные инвестиции в основные фонды 064 09 01 1020000 3 528 300,0 Строительство объектов общегражданского назначения 064 09 01 1020000 214 3 528 300,0 Больницы, клиники, госпитали, медико-санитарные части 064 09 01 4700000 14 191 934,7 Обеспечение деятельности подведомственных учреждений 064 09 01 4700000 327 4 906 901,0 Высокотехнологичные виды медицинской помощи 064 09 01 4700000 456 9 285 033,7 Реализация государственных функций в области здравоохранения, спорта и туризма 064 09 01 4850000 1 819 961,9 Централизованные закупки медикаментов и медицинского оборудования 064 09 01 4850000 457 1 759 961,9 Меры по оказанию медицинской помощи гражданам Российской Федерации за рубежом 064 09 01 4850000 458 60 000,0 Прикладные научные исследования в области здравоохранения и спорта 064 09 03 849 913,6 Прикладные научные исследования и разработки 064 09 03 0810000 849 913,6 Обеспечение деятельности подведомственных учреждений 064 09 03 0810000 327 849 913,6 Другие вопросы в области здравоохранения и спорта 064 09 04 192 961,7 Руководство и управление в сфере установленных функций 064 09 04 0010000 192 961,7 Центральный аппарат 064 09 04 0010000 005 192 961,7 Межбюджетные трансферты 064 11 1 257 182,5 Финансовая помощь бюджетам других уровней 064 11 01 1 257 182,5 Иные безвозмездные и безвозвратные перечисления 064 11 01 5200000 1 257 182,5 Субсидии бюджетам на оказание высокотехнологичной медицинской помощи гражданам Российской Федерации 064 11 01 5200000 539 1 257 182,5 МИНИСТЕРСТВО ИНФОРМАЦИОННЫХ ТЕХНОЛОГИЙ И СВЯЗИ РОССИЙСКОЙ ФЕДЕРАЦИИ 070 3 240 670,5 Общегосударственные вопросы 070 01 167 509,0 Международные отношения и международное сотрудничество 070 01 08 114 814,0 Международное сотрудничество 070 01 08 0300000 114 814,0 Взносы в международные организации 070 01 08 0300000 120 99 814,0 Международные культурные, научные и информационные связи 070 01 08 0300000 125 15 000,0 Другие общегосударственные вопросы 070 01 15 52 695,0 Международное сотрудничество 070 01 15 0300000 52 695,0 Обеспечение мероприятий, предусмотренных соглашениями с международными финансовыми организациями 070 01 15 0300000 123 39 830,0 Расходы, связанные с реализацией соглашений с международными финансовыми организациями 070 01 15 0300000 154 12 865,0 Национальная экономика 070 04 3 052 001,5 Связь и информатика 070 04 09 2 912 561,5 Руководство и управление в сфере установленных функций 070 04 09 0010000 197 813,5 Центральный аппарат 070 04 09 0010000 005 197 785,7 Выплаты независимым экспертам 070 04 09 0010000 281 27,8 Международное сотрудничество 070 04 09 0300000 8 000,0 Обеспечение реализации соглашений с правительствами иностранных государств и организациями 070 04 09 0300000 122 8 000,0 Непрограммные инвестиции в основные фонды 070 04 09 1020000 140 000,0 Строительство объектов общегражданского назначения 070 04 09 1020000 214 140 000,0 Обеспечение создания государственной системы изготовления, оформления и контроля паспортно-визовых документов нового поколения 070 04 09 5260000 2 566 748,0 Информатика 070 04 09 5260000 381 2 566 748,0 Прикладные научные исследования в области национальной экономики 070 04 10 139 440,0 Прикладные научные исследования и разработки 070 04 10 0810000 24 940,0 Выполнение научно-исследовательских и опытно-конструкторских работ по государственным контрактам 070 04 10 0810000 196 24 940,0 Обеспечение создания государственной системы изготовления, оформления и контроля паспортно-визовых документов нового поколения 070 04 10 5260000 114 500,0 Выполнение научно-исследовательских и опытно-конструкторских работ по государственным контрактам 070 04 10 5260000 196 114 500,0 Социальная политика 070 10 21 160,0 Социальное обеспечение населения 070 10 03 21 160,0 Федеральная целевая программа "Жилище" на 2002-2010 годы (второй этап) 070 10 03 1040000 21 160,0 Мероприятия по обеспечению жильем отдельных категорий граждан 070 10 03 1044000 21 160,0 Мероприятия по обеспечению жильем федеральных государственных гражданских служащих 070 10 03 1044001 21 160,0 Обеспечение жильем федеральных государственных гражданских служащих 070 10 03 1044001 670 21 160,0 ФЕДЕРАЛЬНОЕ АГЕНТСТВО КАДАСТРА ОБЪЕКТОВ НЕДВИЖИМОСТИ 072 17 695 974,9 Общегосударственные вопросы 072 01 5 258 908,6 Прикладные научные исследования в области общегосударственных вопросов 072 01 14 8 000,0 Прикладные научные исследования и разработки 072 01 14 0810000 8 000,0 Выполнение научно-исследовательских и опытно-конструкторских работ по государственным контрактам 072 01 14 0810000 196 8 000,0 Другие общегосударственные вопросы 072 01 15 5 250 908,6 Руководство и управление в сфере установленных функций 072 01 15 0010000 3 806 334,4 Центральный аппарат 072 01 15 0010000 005 191 705,5 Территориальные органы 072 01 15 0010000 006 3 613 674,8 Выплаты независимым экспертам 072 01 15 0010000 281 954,1 Международное сотрудничество 072 01 15 0300000 1 444 574,2 Обеспечение мероприятий, предусмотренных соглашениями с международными финансовыми организациями 072 01 15 0300000 123 1 182 293,6 Расходы, связанные с реализацией соглашений с международными финансовыми организациями 072 01 15 0300000 154 262 280,6 Национальная экономика 072 04 12 397 726,3 Прикладные научные исследования в области национальной экономики 072 04 10 4 980,0 Федеральные целевые программы 072 04 10 1000000 4 980,0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04 10 1003500 4 980,0 Подпрограмма "Создание системы кадастра недвижимости (2006-2011 годы)" 072 04 10 1003503 4 980,0 Выполнение научно-исследовательских и опытно-конструкторских работ по государственным контрактам 072 04 10 1003503 196 4 980,0 Другие вопросы в области национальной экономики 072 04 11 12 392 746,3 Федеральные целевые программы 072 04 11 1000000 7 119 258,8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04 11 1003500 7 119 258,8 Мероприятия по реализации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(2002-2007 годы)" 072 04 11 1003502 893 978,8 Строительство объектов для нужд отрасли 072 04 11 1003502 213 51 425,8 Мероприятия по землеустройству и землепользованию 072 04 11 1003502 406 842 553,0 Подпрограмма "Создание системы кадастра недвижимости (2006-2011 годы)" 072 04 11 1003503 6 225 280,0 Строительство объектов для нужд отрасли 072 04 11 1003503 213 2 278 060,0 Мероприятия по землеустройству и землепользованию 072 04 11 1003503 406 3 947 220,0 Непрограммные инвестиции в основные фонды 072 04 11 1020000 78 120,0 Строительство объектов общегражданского назначения 072 04 11 1020000 214 78 120,0 Земельные кадастровые палаты 072 04 11 3390000 4 955 367,5 Обеспечение деятельности подведомственных учреждений 072 04 11 3390000 327 4 955 367,5 Реализация государственных функций в области национальной экономики 072 04 11 3400000 240 000,0 Мероприятия по землеустройству и землепользованию 072 04 11 3400000 406 240 000,0 Социальная политика 072 10 27 900,0 Социальное обеспечение населения 072 10 03 27 900,0 Федеральная целевая программа "Жилище" на 2002-2010 годы (второй этап) 072 10 03 1040000 27 900,0 Мероприятия по обеспечению жильем отдельных категорий граждан 072 10 03 1044000 27 900,0 Мероприятия по обеспечению жильем федеральных государственных гражданских служащих 072 10 03 1044001 27 900,0 Обеспечение жильем федеральных государственных гражданских служащих 072 10 03 1044001 670 27 900,0 Межбюджетные трансферты 072 11 11 440,0 Другие межбюджетные трансферты 072 11 03 11 440,0 Федеральные целевые программы 072 11 03 1000000 11 440,0 Федеральная целевая программа развития Калининградской области на период до 2010 года 072 11 03 1004500 11 440,0 Строительство объектов для нужд отрасли 072 11 03 1004500 213 11 440,0 ФЕДЕРАЛЬНОЕ АГЕНТСТВО ПО ОБРАЗОВАНИЮ 073 216 509 888,1 Общегосударственные вопросы 073 01 3 069 221,2 Фундаментальные исследования 073 01 11 3 069 221,2 Поддержка организаций, осуществляющих фундаментальные исследования 073 01 11 0610000 3 069 221,2 Обеспечение деятельности подведомственных учреждений 073 01 11 0610000 327 3 069 221,2 Национальная экономика 073 04 36 680,0 Прикладные научные исследования в области национальной экономики 073 04 10 11 680,0 Федеральные целевые программы 073 04 10 1000000 11 680,0 Федеральная целевая программа "Социальное развитие села до 2010 года" 073 04 10 1001100 1 680,0 Выполнение научно-исследовательских и опытно-конструкторских работ по государственным контрактам 073 04 10 1001100 196 1 680,0 Федеральная целевая программа "Электронная Россия (2002-2010 годы)" 073 04 10 1004400 10 000,0 Выполнение научно-исследовательских и опытно-конструкторских работ по государственным контрактам 073 04 10 1004400 196 10 000,0 Другие вопросы в области национальной экономики 073 04 11 25 000,0 Федеральные целевые программы 073 04 11 1000000 25 000,0 Федеральная целевая программа "Национальная технологическая база" на 2007-2011 годы 073 04 11 1003700 25 000,0 Подпрограмма "Развитие электронной компонентной базы" на 2007-2011 годы 073 04 11 1003701 25 000,0 Строительство объектов для нужд отрасли 073 04 11 1003701 213 25 000,0 Жилищно-коммунальное хозяйство 073 05 1 159 700,0 Жилищное хозяйство 073 05 01 1 159 700,0 Федеральные целевые программы 073 05 01 1000000 810 000,0 Федеральная целевая программа развития образования на 2006-2010 годы 073 05 01 1001500 810 000,0 Строительство объектов для нужд отрасли 073 05 01 1001500 213 810 000,0 Федеральная целевая программа "Жилище" на 2002-2010 годы (второй этап) 073 05 01 1040000 349 700,0 Мероприятия по обеспечению жильем отдельных категорий граждан 073 05 01 1044000 349 700,0 Мероприятия по обеспечению жильем молодых ученых и строительство общежитий 073 05 01 1044002 27 000,0 Строительство объектов для нужд отрасли 073 05 01 1044002 213 20 000,0 Строительство общежитий 073 05 01 1044002 673 7 000,0 Государственное образовательное учреждение высшего профессионального образования Брянский государственный университет имени академика И.Г.Петровского, общежитие, г. Брянск 073 05 01 1044006 15 000,0 Строительство общежитий 073 05 01 1044006 673 15 000,0 Государственное образовательное учреждение высшего профессионального образования "Костромской государственный технологический университет", общежитие, г. Кострома 073 05 01 1044007 8 000,0 Строительство общежитий 073 05 01 1044007 673 8 000,0 Государственное образовательное учреждение высшего профессионального образования для инвалидов с нарушением опорно-двигательной системы "Московский государственный социально-гуманитарный институт", общежитие, г. Москва 073 05 01 1044008 20 000,0 Строительство общежитий 073 05 01 1044008 673 20 000,0 Государственное образовательное учреждение высшего профессионального образования Московский государственный институт стали и сплавов (технологический университет), общежитие, г. Москва 073 05 01 1044009 32 000,0 Строительство общежитий 073 05 01 1044009 673 32 000,0 Государственное образовательное учреждение среднего профессионального образования Псковский индустриальный техникум, общежитие, г. Псков 073 05 01 1044010 10 000,0 Строительство общежитий 073 05 01 1044010 673 10 000,0 Государственное образовательное учреждение высшего профессионального образования "Дагестанский государственный педагогический университет", студенческое общежитие на 650 мест со столовой на 330 мест по ул. Гамидова, г. Махачкала, Республика Дагестан 073 05 01 1044011 10 000,0 Строительство общежитий 073 05 01 1044011 673 10 000,0 Государственное образовательное учреждение высшего профессионального образования "Ингушский государственный университет", общежитие, г. Магас, Республика Ингушетия 073 05 01 1044012 25 700,0 Строительство общежитий 073 05 01 1044012 673 25 700,0 Федеральное государственное образовательное учреждение "Всероссийский детский центр "Орленок", 110-квартирный жилой дом со встроенно-пристроенными помещениями в микрорайоне № 1, пос. Новомихайловский, Туапсинский район, Краснодарский край 073 05 01 1044014 45 000,0 Строительство объектов для нужд отрасли 073 05 01 1044014 213 45 000,0 Государственное образовательное учреждение высшего профессионального образования "Северо-Кавказский государственный технический университет", общежитие, г. Ставрополь 073 05 01 1044015 20 000,0 Строительство общежитий 073 05 01 1044015 673 20 000,0 Государственное образовательное учреждение высшего профессионального образования Донской государственный технический университет, жилой дом, г. Ростов-на-Дону 073 05 01 1044016 15 000,0 Строительство объектов для нужд отрасли 073 05 01 1044016 213 15 000,0 Государственное образовательное учреждение высшего профессионального образования "Нижегородский государственный технический университет", общежитие, г. Нижний Новгород 073 05 01 1044018 15 000,0 Строительство общежитий 073 05 01 1044018 673 15 000,0 Государственное образовательное учреждение высшего профессионального образования "Самарский государственный аэрокосмический университет им. академика С.П.Королева", общежитие, г. Самара 073 05 01 1044020 25 000,0 Строительство общежитий 073 05 01 1044020 673 25 000,0 Государственное образовательное учреждение высшего профессионального образования "Саратовский государственный технический университет", жилой дом, г. Саратов 073 05 01 1044021 7 000,0 Строительство объектов для нужд отрасли 073 05 01 1044021 213 7 000,0 Государственное образовательное учреждение Специальное профессиональное училище № 1 закрытого типа, общежитие, пос. Южный, г. Улан-Удэ, Республика Бурятия 073 05 01 1044022 10 000,0 Строительство общежитий 073 05 01 1044022 673 10 000,0 Государственное образовательное учреждение высшего профессионального образования "Сибирский государственный технологический университет", общежитие, г. Красноярск 073 05 01 1044024 12 000,0 Строительство общежитий 073 05 01 1044024 673 12 000,0 Государственное образовательное учреждение высшего профессионального образования "Иркутский государственный технический университет", общежитие, г. Иркутск 073 05 01 1044025 10 000,0 Строительство общежитий 073 05 01 1044025 673 10 000,0 Государственное образовательное учреждение высшего профессионального образования "Бурятский государственный университет", общежитие, пос. Бохан, Усть-Ордынский Бурятский автономный округ 073 05 01 1044026 13 000,0 Строительство общежитий 073 05 01 1044026 673 13 000,0 Государственное образовательное учреждение высшего профессионального образования "Дальневосточный государственный технический университет (ДВПИ имени В.В.Куйбышева)", общежитие, г. Владивосток, Приморский край 073 05 01 1044027 10 000,0 Строительство общежитий 073 05 01 1044027 673 10 000,0 Государственное образовательное учреждение высшего профессионального образования "Белгородский государственный технологический университет им. В.Г.Шухова", общежитие, г. Белгород 073 05 01 1044036 5 000,0 Строительство общежитий 073 05 01 1044036 673 5 000,0 Государственное образовательное учреждение высшего профессионального образования "Тверской государственный университет", 9-этажные общежития № 4 и № 5, г. Тверь 073 05 01 1044037 5 000,0 Строительство общежитий 073 05 01 1044037 673 5 000,0 Государственное образовательное учреждение высшего профессионального образования "Барнаульский государственный педагогический университет", общежитие, г. Барнаул, Алтайский край 073 05 01 1044040 10 000,0 Строительство общежитий 073 05 01 1044040 673 10 000,0 Образование 073 07 172 509 001,2 Общее образование 073 07 02 1 599 758,8 Международное сотрудничество 073 07 02 0300000 3 077,4 Международные культурные, научные и информационные связи 073 07 02 0300000 125 3 077,4 Федеральные целевые программы 073 07 02 1000000 30 000,0 Федеральная целевая программа развития образования на 2006-2010 годы 073 07 02 1001500 30 000,0 Строительство объектов для нужд отрасли 073 07 02 1001500 213 30 000,0 Школы - детские сады, школы начальные, неполные средние и средние 073 07 02 4210000 4 853,1 Обеспечение деятельности подведомственных учреждений 073 07 02 4210000 327 4 853,1 Школы-интернаты 073 07 02 4220000 87 071,6 Обеспечение деятельности подведомственных учреждений 073 07 02 4220000 327 87 071,6 Учреждения по внешкольной работе с детьми 073 07 02 4230000 1 429 629,3 Обеспечение деятельности подведомственных учреждений 073 07 02 4230000 327 1 429 629,3 Детские дома 073 07 02 4240000 45 127,4 Обеспечение деятельности подведомственных учреждений 073 07 02 4240000 327 45 127,4 Начальное профессиональное образование 073 07 03 7 020 899,0 Федеральные целевые программы 073 07 03 1000000 227 000,0 Федеральная целевая программа развития образования на 2006-2010 годы 073 07 03 1001500 40 000,0 Строительство объектов для нужд отрасли 073 07 03 1001500 213 40 000,0 Федеральная целевая программа "Восстановление экономики и социальной сферы Чеченской Республики (2002 год и последующие годы)" 073 07 03 1005000 187 000,0 Строительство объектов для нужд отрасли 073 07 03 1005000 213 187 000,0 Профессионально-технические училища 073 07 03 4250000 5 923 381,5 Обеспечение деятельности подведомственных учреждений 073 07 03 4250000 327 5 923 381,5 Специальные профессионально-технические училища 073 07 03 4260000 660 317,5 Обеспечение деятельности подведомственных учреждений 073 07 03 4260000 327 660 317,5 Мероприятия в области образования 073 07 03 4360000 210 200,0 Государственная поддержка подготовки рабочих кадров и специалистов для высокотехнологичных производств 073 07 03 4360000 436 210 200,0 Среднее профессиональное образование 073 07 04 18 948 018,4 Федеральные целевые программы 073 07 04 1000000 100 000,0 Федеральная целевая программа развития образования на 2006-2010 годы 073 07 04 1001500 54 000,0 Строительство объектов для нужд отрасли 073 07 04 1001500 213 54 000,0 Федеральная целевая программа "Восстановление экономики и социальной сферы Чеченской Республики (2002 год и последующие годы)" 073 07 04 1005000 46 000,0 Строительство объектов для нужд отрасли 073 07 04 1005000 213 46 000,0 Средние специальные учебные заведения 073 07 04 4270000 18 165 518,4 Обеспечение деятельности подведомственных учреждений 073 07 04 4270000 327 18 165 518,4 Мероприятия в области образования 073 07 04 4360000 682 500,0 Государственная поддержка подготовки рабочих кадров и специалистов для высокотехнологичных производств 073 07 04 4360000 436 682 500,0 Переподготовка и повышение квалификации 073 07 05 160 835,6 Федеральные целевые программы 073 07 05 1000000 20 000,0 Федеральная целевая программа развития образования на 2006-2010 годы 073 07 05 1001500 20 000,0 Строительство объектов для нужд отрасли 073 07 05 1001500 213 20 000,0 Институты повышения квалификации 073 07 05 4280000 133 688,6 Обеспечение деятельности подведомственных учреждений 073 07 05 4280000 327 133 688,6 Учебные заведения и курсы по переподготовке кадров 073 07 05 4290000 7 147,0 Обеспечение деятельности подведомственных учреждений 073 07 05 4290000 327 7 147,0 Высшее профессиональное образование 073 07 06 127 318 360,0 Международное сотрудничество 073 07 06 0300000 345 953,0 Обеспечение реализации соглашений с правительствами иностранных государств и организациями 073 07 06 0300000 122 288 753,0 Международные культурные, научные и информационные связи 073 07 06 0300000 125 57 200,0 Федеральные целевые программы 073 07 06 1000000 4 936 469,0 Федеральная целевая программа развития образования на 2006-2010 годы 073 07 06 1001500 4 576 670,0 Строительство объектов для нужд отрасли 073 07 06 1001500 213 4 576 670,0 Федеральная целевая программа "Исследования и разработки по приоритетным направлениям развития научно-технологического комплекса России на 2007-2012 годы" 073 07 06 1004000 90 799,0 Строительство объектов для нужд отрасли 073 07 06 1004000 213 90 799,0 Федеральная целевая программа "Восстановление экономики и социальной сферы Чеченской Республики (2002 год и последующие годы)" 073 07 06 1005000 269 000,0 Строительство объектов для нужд отрасли 073 07 06 1005000 213 269 000,0 Непрограммные инвестиции в основные фонды 073 07 06 1020000 1 710 166,0 Строительство объектов общегражданского назначения 073 07 06 1020000 214 1 710 166,0 Проектирование, реконструкция (приспособление) комплекса дворцово-паркового ансамбля "Михайловская дача" и строительство объектов для размещения бизнес-школы - Высшей школы менеджмента федерального государственного образовательного учреждения высшего профессионального образования "Санкт-Петербургский государственный университет", расположенных в г. Санкт-Петербурге, г. Петродворец, Санкт-Петербургское шоссе, д. 109 073 07 06 1080000 550 000,0 Строительство объектов общегражданского назначения 073 07 06 1080000 214 550 000,0 Высшие учебные заведения 073 07 06 4300000 104 775 772,0 Развитие сети национальных университетов и других образовательных учреждений 073 07 06 4300000 290 6 450 000,0 Обеспечение деятельности подведомственных учреждений 073 07 06 4300000 327 88 642 377,9 Государственная поддержка образовательного кредитования 073 07 06 4300000 435 63 600,0 Обеспечение деятельности особо ценных объектов (учреждений) культурного наследия народов Российской Федерации 073 07 06 4300000 451 9 619 794,1 Мероприятия в области образования 073 07 06 4360000 15 000 000,0 Внедрение инновационных образовательных программ 073 07 06 4360000 286 15 000 000,0 Молодежная политика и оздоровление детей 073 07 07 177 850,0 Организационно-воспитательная работа с молодежью 073 07 07 4310000 160 000,0 Проведение мероприятий для детей и молодежи 073 07 07 4310000 447 160 000,0 Мероприятия в области образования 073 07 07 4360000 17 850,0 Мероприятия по патриотическому воспитанию граждан Российской Федерации 073 07 07 4360000 257 17 850,0 Прикладные научные исследования в области образования 073 07 08 1 933 307,2 Прикладные научные исследования и разработки 073 07 08 0810000 955 247,2 Обеспечение деятельности подведомственных учреждений 073 07 08 0810000 327 858 026,4 Обеспечение деятельности особо ценных объектов (учреждений) культурного наследия народов Российской Федерации 073 07 08 0810000 451 97 220,8 Федеральные целевые программы 073 07 08 1000000 978 060,0 Федеральная целевая программа развития образования на 2006-2010 годы 073 07 08 1001500 886 360,0 Выполнение научно-исследовательских и опытно-конструкторских работ по государственным контрактам 073 07 08 1001500 196 886 360,0 Федеральная целевая программа "Русский язык (2006-2010 годы)" 073 07 08 1001600 2 200,0 Выполнение научно-исследовательских и опытно-конструкторских работ по государственным контрактам 073 07 08 1001600 196 2 200,0 Федеральная целевая программа "Развитие физической культуры и спорта в Российской Федерации на 2006-2015 годы" 073 07 08 1005800 9 000,0 Выполнение научно-исследовательских и опытно-конструкторских работ по государственным контрактам 073 07 08 1005800 196 9 000,0 Федеральная целевая программа "Повышение безопасности дорожного движения в 2006-2012 годах" 073 07 08 1005900 80 500,0 Выполнение научно-исследовательских и опытно-конструкторских работ по государственным контрактам 073 07 08 1005900 196 80 500,0 Другие вопросы в области образования 073 07 09 15 349 972,2 Руководство и управление в сфере установленных функций 073 07 09 0010000 194 866,6 Центральный аппарат 073 07 09 0010000 005 194 831,8 Выплаты независимым экспертам 073 07 09 0010000 281 34,8 Международное сотрудничество 073 07 09 0300000 17 204,7 Обеспечение реализации соглашений с правительствами иностранных государств и организациями 073 07 09 0300000 122 17 204,7 Реализация государственных функций, связанных с общегосударственным управлением 073 07 09 0920000 4 934,2 Специальные объекты 073 07 09 0920000 223 4 934,2 Федеральные целевые программы 073 07 09 1000000 5 254 910,0 Федеральная целевая программа "Дети России" на 2007-2010 годы 073 07 09 1001300 125 800,0 Подпрограмма "Здоровое поколение" 073 07 09 1001301 21 000,0 Государственная поддержка в сфере образования 073 07 09 1001301 285 21 000,0 Подпрограмма "Дети и семья" 073 07 09 1001302 87 500,0 Государственная поддержка в сфере образования 073 07 09 1001302 285 87 500,0 Подпрограмма "Одаренные дети" 073 07 09 1001303 17 300,0 Государственная поддержка в сфере образования 073 07 09 1001303 285 17 300,0 Федеральная целевая программа развития образования на 2006-2010 годы 073 07 09 1001500 4 711 710,0 Государственная поддержка в сфере образования 073 07 09 1001500 285 4 711 710,0 Федеральная целевая программа "Русский язык (2006-2010 годы)" 073 07 09 1001600 237 800,0 Государственная поддержка в сфере образования 073 07 09 1001600 285 237 800,0 Федеральная целевая программа "Комплексные меры противодействия злоупотреблению наркотиками и их незаконному обороту на 2005-2009 годы" 073 07 09 1002500 5 000,0 Государственная поддержка в сфере образования 073 07 09 1002500 285 5 000,0 Федеральная целевая программа "Электронная Россия (2002-2010 годы)" 073 07 09 1004400 10 000,0 Государственная поддержка в сфере образования 073 07 09 1004400 285 10 000,0 Федеральная целевая программа "Повышение безопасности дорожного движения в 2006-2012 годах" 073 07 09 1005900 164 600,0 Строительство объектов для нужд отрасли 073 07 09 1005900 213 127 600,0 Государственная поддержка в сфере образования 073 07 09 1005900 285 37 000,0 Учреждения, обеспечивающие предоставление услуг в сфере образования 073 07 09 4350000 245 422,0 Обеспечение деятельности подведомственных учреждений 073 07 09 4350000 327 245 422,0 Мероприятия в области образования 073 07 09 4360000 9 618 534,0 Государственная поддержка в сфере образования 073 07 09 4360000 285 65 000,0 Внедрение современных образовательных технологий 073 07 09 4360000 287 4 500 000,0 Государственная поддержка талантливой молодежи 073 07 09 4360000 288 200 000,0 Приобретение автобусов для государственных и муниципальных школ в сельской местности 073 07 09 4360000 291 1 000 000,0 Оснащение общеобразовательных учреждений учебным оборудованием 073 07 09 4360000 292 3 278 245,0 Проведение мероприятий для детей и молодежи 073 07 09 4360000 447 295 289,0 Методическое обеспечение и информационная поддержка 073 07 09 4360000 490 280 000,0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073 07 09 4520000 14 100,7 Обеспечение деятельности подведомственных учреждений 073 07 09 4520000 327 14 100,7 Культура, кинематография и средства массовой информации 073 08 10 832,0 Культура 073 08 01 10 832,0 Музеи и постоянные выставки 073 08 01 4410000 10 832,0 Обеспечение деятельности подведомственных учреждений 073 08 01 4410000 327 10 832,0 Социальная политика 073 10 12 400,0 Социальное обеспечение населения 073 10 03 8 000,0 Федеральная целевая программа "Жилище" на 2002-2010 годы (второй этап) 073 10 03 1040000 8 000,0 Мероприятия по обеспечению жильем отдельных категорий граждан 073 10 03 1044000 8 000,0 Мероприятия по обеспечению жильем федеральных государственных гражданских служащих 073 10 03 1044001 8 000,0 Обеспечение жильем федеральных государственных гражданских служащих 073 10 03 1044001 670 8 000,0 Прикладные научные исследования в области социальной политики 073 10 05 4 400,0 Федеральные целевые программы 073 10 05 1000000 4 400,0 Федеральная целевая программа "Дети России" на 2007-2010 годы 073 10 05 1001300 4 400,0 Подпрограмма "Здоровое поколение" 073 10 05 1001301 400,0 Выполнение научно-исследовательских и опытно-конструкторских работ по государственным контрактам 073 10 05 1001301 196 400,0 Подпрограмма "Дети и семья" 073 10 05 1001302 3 000,0 Выполнение научно-исследовательских и опытно-конструкторских работ по государственным контрактам 073 10 05 1001302 196 3 000,0 Подпрограмма "Одаренные дети" 073 10 05 1001303 1 000,0 Выполнение научно-исследовательских и опытно-конструкторских работ по государственным контрактам 073 10 05 1001303 196 1 000,0 Межбюджетные трансферты 073 11 39 712 053,7 Финансовая помощь бюджетам других уровней 073 11 01 34 843 125,4 Федеральные целевые программы 073 11 01 1000000 45 000,0 Федеральная целевая программа "Комплексные меры противодействия злоупотреблению наркотиками и их незаконному обороту на 2005-2009 годы" 073 11 01 1002500 45 000,0 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 073 11 01 1002500 535 45 000,0 Фонд софинансирования социальных расходов 073 11 01 5150000 6 334 262,0 Субсидии бюджетам субъектов Российской Федерации на содержание ребенка в семье опекуна и приемной семье, а также на оплату труда приемному родителю 073 11 01 5150000 418 6 334 262,0 Иные безвозмездные и безвозвратные перечисления 073 11 01 5200000 28 463 863,4 Резервный фонд Президента Российской Федерации 073 11 01 5200000 181 94 000,0 Субсидии бюджетам субъектов Российской Федерации на государственную поддержку подготовки рабочих кадров и специалистов для высокотехнологичных производств 073 11 01 5200000 395 887 300,0 Субсидии бюджетам субъектов Российской Федерации на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073 11 01 5200000 417 8 000 000,0 Субсидии бюджетам на государственную поддержку внедрения комплексных мер модернизации образования 073 11 01 5200000 432 4 054 708,0 Субсидии бюджетам субъектов Российской Федерации на внедрение инновационных образовательных программ в государственных и муниципальных общеобразовательных учреждениях 073 11 01 5200000 585 3 000 000,0 Субвенции бюджетам на поощрение лучших учителей 073 11 01 5200000 588 1 000 000,0 Субсидии бюджетам субъектов Российской Федерации на ежемесячное денежное вознаграждение за классное руководство 073 11 01 5200000 589 11 427 855,4 Фонды компенсаций 073 11 02 769 235,3 Фонд компенсаций 073 11 02 5190000 769 235,3 Субвенции бюджетам на выплату единовременных пособий при всех формах устройства детей, лишенных родительского попечения, в семью 073 11 02 5190000 419 769 235,3 Другие межбюджетные трансферты 073 11 03 4 099 693,0 Федеральные целевые программы 073 11 03 1000000 2 153 729,0 Федеральная целевая программа "Дети России" на 2007-2010 годы 073 11 03 1001300 644 564,0 Подпрограмма "Дети и семья" 073 11 03 1001302 644 564,0 Строительство объектов для нужд отрасли 073 11 03 1001302 213 644 564,0 Федеральная целевая программа развития образования на 2006-2010 годы 073 11 03 1001500 22 000,0 Строительство объектов для нужд отрасли 073 11 03 1001500 213 22 000,0 Федеральная целевая программа развития Калининградской области на период до 2010 года 073 11 03 1004500 121 420,0 Строительство объектов для нужд отрасли 073 11 03 1004500 213 121 420,0 Федеральная целевая программа "Экономическое и социальное развитие Дальнего Востока и Забайкалья на 1996-2005 и до 2010 года" 073 11 03 1004600 87 700,0 Строительство объектов для нужд отрасли 073 11 03 1004600 213 87 700,0 Федеральная целевая программа "Юг России" 073 11 03 1004800 307 700,0 Строительство объектов для нужд отрасли 073 11 03 1004800 213 307 700,0 Федеральная целевая программа "Восстановление экономики и социальной сферы Чеченской Республики (2002 год и последующие годы)" 073 11 03 1005000 947 945,0 Строительство объектов для нужд отрасли 073 11 03 1005000 213 947 945,0 Федеральная целевая программа "Повышение безопасности дорожного движения в 2006-2012 годах" 073 11 03 1005900 22 400,0 Строительство объектов для нужд отрасли 073 11 03 1005900 213 22 400,0 Непрограммные инвестиции в основные фонды 073 11 03 1020000 1 945 964,0 Строительство объектов общегражданского назначения 073 11 03 1020000 214 1 945 964,0 МИНИСТЕРСТВО ОБРАЗОВАНИЯ И НАУКИ РОССИЙСКОЙ ФЕДЕРАЦИИ 074 132 897 038,0 Общегосударственные вопросы 074 01 131 141 516,9 Международные отношения и международное сотрудничество 074 01 08 649 095,0 Международное сотрудничество 074 01 08 0300000 649 095,0 Реализация договоров (контрактов) с иностранными фирмами в области научного сотрудничества 074 01 08 0300000 121 642 195,0 Международные культурные, научные и информационные связи 074 01 08 0300000 125 6 900,0 Прикладные научные исследования в области общегосударственных вопросов 074 01 14 292 421,9 Разработка приоритетных направлений науки, технологий и техники 074 01 14 0800000 173 000,0 Приоритетные направления науки и техники 074 01 14 0800000 195 125 000,0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074 01 14 0800000 448 48 000,0 Прикладные научные исследования и разработки 074 01 14 0810000 116 421,9 Обеспечение деятельности подведомственных учреждений 074 01 14 0810000 327 116 421,9 Федеральные целевые программы 074 01 14 1000000 3 000,0 Федеральная целевая программа "Развитие государственной статистики России в 2007-2011 годах" 074 01 14 1006200 3 000,0 Выполнение научно-исследовательских и опытно-конструкторских работ по государственным контрактам 074 01 14 1006200 196 3 000,0 Другие общегосударственные вопросы 074 01 15 130 200 000,0 Имущественный взнос Российской Федерации в Российскую корпорацию нанотехнологий в целях содействия реализации государственной политики в сфере нанотехнологий 074 01 15 0960000 130 000 000,0 Реализация государственной политики в сфере нанотехнологий, развития инновационной инфраструктуры в сфере нанотехнологий, реализации проектов создания перспективных нанотехнологий и наноиндустрии 074 01 15 0960000 110 130 000 000,0 Непрограммные инвестиции в основные фонды 074 01 15 1020000 200 000,0 Строительство объектов общегражданского назначения 074 01 15 1020000 214 200 000,0 Жилищно-коммунальное хозяйство 074 05 12 000,0 Жилищное хозяйство 074 05 01 12 000,0 Федеральная целевая программа "Жилище" на 2002-2010 годы (второй этап) 074 05 01 1040000 12 000,0 Мероприятия по обеспечению жильем отдельных категорий граждан 074 05 01 1044000 12 000,0 Мероприятия по обеспечению жильем федеральных государственных гражданских служащих 074 05 01 1044001 12 000,0 Строительство объектов для нужд отрасли 074 05 01 1044001 213 12 000,0 Образование 074 07 1 700 697,3 Молодежная политика и оздоровление детей 074 07 07 9 900,0 Мероприятия в области образования 074 07 07 4360000 9 900,0 Мероприятия по патриотическому воспитанию граждан Российской Федерации 074 07 07 4360000 257 9 900,0 Прикладные научные исследования в области образования 074 07 08 66 196,7 Прикладные научные исследования и разработки 074 07 08 0810000 66 196,7 Обеспечение деятельности подведомственных учреждений 074 07 08 0810000 327 66 196,7 Другие вопросы в области образования 074 07 09 1 624 600,6 Руководство и управление в сфере установленных функций 074 07 09 0010000 295 230,8 Центральный аппарат 074 07 09 0010000 005 295 192,4 Выплаты независимым экспертам 074 07 09 0010000 281 38,4 Международное сотрудничество 074 07 09 0300000 805 516,1 Обеспечение мероприятий, предусмотренных соглашениями с международными финансовыми организациями 074 07 09 0300000 123 784 765,0 Расходы, связанные с реализацией соглашений с международными финансовыми организациями 074 07 09 0300000 154 20 751,1 Учреждения по обеспечению хозяйственного обслуживания 074 07 09 0930000 1 853,7 Специальные объекты 074 07 09 0930000 223 1 853,7 Фонд "Русский мир" 074 07 09 0970000 500 000,0 Обеспечение деятельности фонда "Русский мир" 074 07 09 0970000 112 500 000,0 Мероприятия в области образования 074 07 09 4360000 22 000,0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074 07 09 4360000 448 22 000,0 Здравоохранение и спорт 074 09 22 503,8 Здравоохранение 074 09 01 22 503,8 Поликлиники, амбулатории, диагностические центры 074 09 01 4710000 22 503,8 Обеспечение деятельности подведомственных учреждений 074 09 01 4710000 327 22 503,8 Социальная политика 074 10 20 320,0 Социальное обеспечение населения 074 10 03 20 320,0 Федеральная целевая программа "Жилище" на 2002-2010 годы (второй этап) 074 10 03 1040000 20 320,0 Мероприятия по обеспечению жильем отдельных категорий граждан 074 10 03 1044000 20 320,0 Мероприятия по обеспечению жильем федеральных государственных гражданских служащих 074 10 03 1044001 20 320,0 Обеспечение жильем федеральных государственных гражданских служащих 074 10 03 1044001 670 20 320,0 ФЕДЕРАЛЬНАЯ СЛУЖБА ПО НАДЗОРУ В СФЕРЕ ОБРАЗОВАНИЯ И НАУКИ 077 124 021,7 Образование 077 07 124 021,7 Прикладные научные исследования в области образования 077 07 08 14 679,1 Прикладные научные исследования и разработки 077 07 08 0810000 14 679,1 Обеспечение деятельности подведомственных учреждений 077 07 08 0810000 327 14 679,1 Другие вопросы в области образования 077 07 09 109 342,6 Руководство и управление в сфере установленных функций 077 07 09 0010000 88 551,2 Центральный аппарат 077 07 09 0010000 005 88 534,9 Выплаты независимым экспертам 077 07 09 0010000 281 16,3 Учреждения, обеспечивающие предоставление услуг в сфере образования 077 07 09 4350000 20 791,4 Обеспечение деятельности подведомственных учреждений 077 07 09 4350000 327 20 791,4 ФЕДЕРАЛЬНАЯ СЛУЖБА ПО НАДЗОРУ В СФЕРЕ СВЯЗИ 079 2 127 365,4 Национальная экономика 079 04 2 112 365,4 Связь и информатика 079 04 09 2 110 365,4 Руководство и управление в сфере установленных функций 079 04 09 0010000 2 094 834,4 Центральный аппарат 079 04 09 0010000 005 72 421,6 Территориальные органы 079 04 09 0010000 006 2 022 298,1 Выплаты независимым экспертам 079 04 09 0010000 281 114,7 Информационные технологии и связь 079 04 09 3300000 15 531,0 Обеспечение деятельности подведомственных учреждений 079 04 09 3300000 327 15 531,0 Прикладные научные исследования в области национальной экономики 079 04 10 2 000,0 Прикладные научные исследования и разработки 079 04 10 0810000 2 000,0 Выполнение научно-исследовательских и опытно-конструкторских работ по государственным контрактам 079 04 10 0810000 196 2 000,0 Социальная политика 079 10 15 000,0 Социальное обеспечение населения 079 10 03 15 000,0 Федеральная целевая программа "Жилище" на 2002-2010 годы (второй этап) 079 10 03 1040000 15 000,0 Мероприятия по обеспечению жильем отдельных категорий граждан 079 10 03 1044000 15 000,0 Мероприятия по обеспечению жильем федеральных государственных гражданских служащих 079 10 03 1044001 15 000,0 Обеспечение жильем федеральных государственных гражданских служащих 079 10 03 1044001 670 15 000,0 ФЕДЕРАЛЬНОЕ АГЕНТСТВО ПО РЫБОЛОВСТВУ 080 8 248 862,1 Общегосударственные вопросы 080 01 26 769,6 Международные отношения и международное сотрудничество 080 01 08 26 769,6 Международное сотрудничество 080 01 08 0300000 26 769,6 Взносы в международные организации 080 01 08 0300000 120 26 769,6 Национальная экономика 080 04 5 389 313,9 Сельское хозяйство и рыболовство 080 04 05 3 858 247,6 Руководство и управление в сфере установленных функций 080 04 05 0010000 44 045,5 Зарубежный аппарат 080 04 05 0010000 008 44 045,5 Федеральные целевые программы 080 04 05 1000000 144 200,0 Федеральная целевая программа "Экономическое и социальное развитие Дальнего Востока и Забайкалья на 1996-2005 и до 2010 года" 080 04 05 1004600 39 200,0 Строительство объектов для нужд отрасли 080 04 05 1004600 213 39 200,0 Федеральная целевая программа "Социально-экономическое развитие Курильских островов (Сахалинская область) на 2007-2015 годы" 080 04 05 1004700 105 000,0 Строительство объектов для нужд отрасли 080 04 05 1004700 213 105 000,0 Непрограммные инвестиции в основные фонды 080 04 05 1020000 927 685,0 Строительство объектов общегражданского назначения 080 04 05 1020000 214 927 685,0 Рыболовное хозяйство 080 04 05 2700000 399 700,0 Мониторинг водных биологических ресурсов 080 04 05 2700000 346 118 500,0 Мероприятия в области воспроизводства и сохранения водных биологических ресурсов и прочие мероприятия 080 04 05 2700000 348 15 000,0 Мероприятия в области использования, охраны водных объектов и гидротехнических сооружений 080 04 05 2700000 349 37 800,0 Мероприятия по воспроизводству водных биологических ресурсов 080 04 05 2700000 429 228 400,0 Учреждения, обеспечивающие предоставление услуг в сфере рыбохозяйственной деятельности 080 04 05 2710000 2 270 786,8 Обеспечение деятельности подведомственных учреждений 080 04 05 2710000 327 1 655 425,7 Обеспечение деятельности аварийно-спасательного флота 080 04 05 2710000 347 615 361,1 Обеспечение создания государственной системы изготовления, оформления и контроля паспортно-визовых документов нового поколения 080 04 05 5260000 71 830,3 Обеспечение деятельности подведомственных учреждений 080 04 05 5260000 327 71 830,3 Прикладные научные исследования в области национальной экономики 080 04 10 1 048 205,3 Прикладные научные исследования и разработки 080 04 10 0810000 1 040 205,3 Выполнение научно-исследовательских и опытно-конструкторских работ по государственным контрактам 080 04 10 0810000 196 977 184,0 Обеспечение деятельности подведомственных учреждений 080 04 10 0810000 327 63 021,3 Федеральные целевые программы 080 04 10 1000000 8 000,0 Федеральная целевая программа "Социально-экономическое развитие Курильских островов (Сахалинская область) на 2007-2015 годы" 080 04 10 1004700 8 000,0 Выполнение научно-исследовательских и опытно-конструкторских работ по государственным контрактам 080 04 10 1004700 196 8 000,0 Другие вопросы в области национальной экономики 080 04 11 482 861,0 Руководство и управление в сфере установленных функций 080 04 11 0010000 477 954,5 Центральный аппарат 080 04 11 0010000 005 95 981,6 Территориальные органы 080 04 11 0010000 006 381 957,8 Выплаты независимым экспертам 080 04 11 0010000 281 15,1 Реализация государственных функций, связанных с общегосударственным управлением 080 04 11 0920000 751,8 Специальные объекты 080 04 11 0920000 223 751,8 Обеспечение создания государственной системы изготовления, оформления и контроля паспортно-визовых документов нового поколения 080 04 11 5260000 4 154,7 Центральный аппарат 080 04 11 5260000 005 4 154,7 Образование 080 07 2 052 892,4 Среднее профессиональное образование 080 07 04 525 466,5 Непрограммные инвестиции в основные фонды 080 07 04 1020000 53 032,0 Строительство объектов общегражданского назначения 080 07 04 1020000 214 53 032,0 Средние специальные учебные заведения 080 07 04 4270000 472 434,5 Обеспечение деятельности подведомственных учреждений 080 07 04 4270000 327 472 434,5 Высшее профессиональное образование 080 07 06 1 202 762,5 Непрограммные инвестиции в основные фонды 080 07 06 1020000 94 073,0 Строительство объектов общегражданского назначения 080 07 06 1020000 214 94 073,0 Высшие учебные заведения 080 07 06 4300000 1 108 689,5 Обеспечение деятельности подведомственных учреждений 080 07 06 4300000 327 1 108 689,5 Другие вопросы в области образования 080 07 09 324 663,4 Учреждения, обеспечивающие предоставление услуг в сфере образования 080 07 09 4350000 324 663,4 Обеспечение деятельности подведомственных учреждений 080 07 09 4350000 327 324 663,4 Социальная политика 080 10 7 000,0 Социальное обеспечение населения 080 10 03 7 000,0 Федеральная целевая программа "Жилище" на 2002-2010 годы (второй этап) 080 10 03 1040000 7 000,0 Мероприятия по обеспечению жильем отдельных категорий граждан 080 10 03 1044000 7 000,0 Мероприятия по обеспечению жильем федеральных государственных гражданских служащих 080 10 03 1044001 7 000,0 Обеспечение жильем федеральных государственных гражданских служащих 080 10 03 1044001 670 7 000,0 Межбюджетные трансферты 080 11 772 886,2 Фонды компенсаций 080 11 02 46 086,2 Фонд компенсаций 080 11 02 5190000 46 086,2 Субвенции бюджетам на реализацию полномочий в области организации, регулирования и охраны водных биологических ресурсов 080 11 02 5190000 332 46 086,2 Другие межбюджетные трансферты 080 11 03 726 800,0 Федеральные целевые программы 080 11 03 1000000 726 800,0 Федеральная целевая программа "Социально-экономическое развитие Курильских островов (Сахалинская область) на 2007-2015 годы" 080 11 03 1004700 726 800,0 Строительство объектов для нужд отрасли 080 11 03 1004700 213 726 800,0 ФЕДЕРАЛЬНАЯ СЛУЖБА ПО ВЕТЕРИНАРНОМУ И ФИТОСАНИТАРНОМУ НАДЗОРУ 081 9 572 454,3 Национальная экономика 081 04 9 564 454,3 Сельское хозяйство и рыболовство 081 04 05 2 135 702,2 Федеральные целевые программы 081 04 05 1000000 41 640,0 Федеральная целевая программа "Государственная граница Российской Федерации (2003-2010 годы)" 081 04 05 1001000 41 640,0 Выполнение других обязательств государства 081 04 05 1001000 216 41 640,0 Учреждения, обеспечивающие предоставление услуг в области семеноводства, сохранения плодородия почв и защиты растений 081 04 05 2610000 396 538,9 Обеспечение деятельности подведомственных учреждений 081 04 05 2610000 327 396 538,9 Учреждения, обеспечивающие предоставление услуг в области животноводства 081 04 05 2630000 1 697 523,3 Обеспечение деятельности подведомственных учреждений 081 04 05 2630000 327 1 697 523,3 Прикладные научные исследования в области национальной экономики 081 04 10 33 093,6 Прикладные научные исследования и разработки 081 04 10 0810000 33 093,6 Обеспечение деятельности подведомственных учреждений 081 04 10 0810000 327 33 093,6 Другие вопросы в области национальной экономики 081 04 11 7 395 658,5 Руководство и управление в сфере установленных функций 081 04 11 0010000 7 395 658,5 Центральный аппарат 081 04 11 0010000 005 187 902,9 Территориальные органы 081 04 11 0010000 006 7 205 492,0 Выплаты независимым экспертам 081 04 11 0010000 281 2 263,6 Социальная политика 081 10 8 000,0 Социальное обеспечение населения 081 10 03 8 000,0 Федеральная целевая программа "Жилище" на 2002-2010 годы (второй этап) 081 10 03 1040000 8 000,0 Мероприятия по обеспечению жильем отдельных категорий граждан 081 10 03 1044000 8 000,0 Мероприятия по обеспечению жильем федеральных государственных гражданских служащих 081 10 03 1044001 8 000,0 Обеспечение жильем федеральных государственных гражданских служащих 081 10 03 1044001 670 8 000,0 МИНИСТЕРСТВО СЕЛЬСКОГО ХОЗЯЙСТВА РОССИЙСКОЙ ФЕДЕРАЦИИ 082 80 630 689,1 Общегосударственные вопросы 082 01 25 956,8 Международные отношения и международное сотрудничество 082 01 08 25 956,8 Международное сотрудничество 082 01 08 0300000 25 956,8 Взносы в международные организации 082 01 08 0300000 120 11 056,8 Международные культурные, научные и информационные связи 082 01 08 0300000 125 14 900,0 Национальная экономика 082 04 22 197 997,1 Сельское хозяйство и рыболовство 082 04 05 21 049 391,7 Федеральные целевые программы 082 04 05 1000000 3 918 810,0 Федеральная целевая программа "Социальное развитие села до 2010 года" 082 04 05 1001100 250,0 Мероприятия в области сельскохозяйственного производства 082 04 05 1001100 342 250,0 Федеральная целевая программа "Преодоление последствий радиационных аварий на период до 2010 года" 082 04 05 1002900 2 060,0 Мероприятия в области сельскохозяйственного производства 082 04 05 1002900 342 2 060,0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082 04 05 1006000 3 916 500,0 Строительство объектов для нужд отрасли 082 04 05 1006000 213 3 322 900,0 Мероприятия в области сельскохозяйственного производства 082 04 05 1006000 342 593 600,0 Непрограммные инвестиции в основные фонды 082 04 05 1020000 268 676,0 Строительство объектов общегражданского назначения 082 04 05 1020000 214 268 676,0 Сельскохозяйственное производство 082 04 05 2600000 2 885 454,8 Субсидирование процентных ставок по привлеченным кредитам в российских кредитных организациях 082 04 05 2600000 340 200 000,0 Мероприятия в области сельскохозяйственного производства 082 04 05 2600000 342 2 685 454,8 Учреждения, обеспечивающие предоставление услуг в области семеноводства, сохранения плодородия почв и защиты растений 082 04 05 2610000 6 199 681,9 Обеспечение деятельности подведомственных учреждений 082 04 05 2610000 327 6 199 681,9 Вопросы регулирования продовольственного рынка и государственных семенных фондов 082 04 05 2620000 1 301 000,0 Мероприятия по проведению закупочных интервенций продовольственного зерна 082 04 05 2620000 344 1 296 000,0 Формирование и использование государственных семенных фондов 082 04 05 2620000 345 5 000,0 Учреждения, обеспечивающие предоставление услуг в области животноводства 082 04 05 2630000 301 637,1 Обеспечение деятельности подведомственных учреждений 082 04 05 2630000 327 301 637,1 Учреждения, обеспечивающие предоставление услуг в области охраны животного мира 082 04 05 2640000 284 707,5 Обеспечение деятельности подведомственных учреждений 082 04 05 2640000 327 284 707,5 Учреждения, обеспечивающие предоставление услуг в области охраны сельских лесов, и лесные опытные хозяйства 082 04 05 2650000 26 103,1 Обеспечение деятельности подведомственных учреждений 082 04 05 2650000 327 26 103,1 Учреждения, обеспечивающие предоставление услуг по информационно- методологическому обеспечению в области сельского хозяйства 082 04 05 2660000 163 321,3 Обеспечение деятельности подведомственных учреждений 082 04 05 2660000 327 163 321,3 Реализация государственных функций в области национальной экономики 082 04 05 3400000 5 700 000,0 Взнос Российской Федерации в уставные капиталы 082 04 05 3400000 325 5 700 000,0 Прикладные научные исследования в области национальной экономики 082 04 10 464 756,7 Прикладные научные исследования и разработки 082 04 10 0810000 355 596,7 Выполнение научно-исследовательских и опытно-конструкторских работ по государственным контрактам 082 04 10 0810000 196 169 629,8 Обеспечение деятельности подведомственных учреждений 082 04 10 0810000 327 185 966,9 Федеральные целевые программы 082 04 10 1000000 92 160,0 Федеральная целевая программа "Социальное развитие села до 2010 года" 082 04 10 1001100 28 060,0 Выполнение научно-исследовательских и опытно-конструкторских работ по государственным контрактам 082 04 10 1001100 196 28 060,0 Федеральная целевая программа "Комплексные меры противодействия злоупотреблению наркотиками и их незаконному обороту на 2005-2009 годы" 082 04 10 1002500 28 700,0 Выполнение научно-исследовательских и опытно-конструкторских работ по государственным контрактам 082 04 10 1002500 196 28 700,0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082 04 10 1006000 33 400,0 Выполнение научно-исследовательских и опытно-конструкторских работ по государственным контрактам 082 04 10 1006000 196 33 400,0 Федеральная целевая программа "Развитие государственной статистики России в 2007-2011 годах" 082 04 10 1006200 2 000,0 Выполнение научно-исследовательских и опытно-конструкторских работ по государственным контрактам 082 04 10 1006200 196 2 000,0 Непрограммные инвестиции в основные фонды 082 04 10 1020000 17 000,0 Строительство объектов общегражданского назначения 082 04 10 1020000 214 17 000,0 Другие вопросы в области национальной экономики 082 04 11 683 848,7 Руководство и управление в сфере установленных функций 082 04 11 0010000 682 546,1 Центральный аппарат 082 04 11 0010000 005 532 498,0 Выплаты независимым экспертам 082 04 11 0010000 281 48,1 Методическое обеспечение и информационная поддержка 082 04 11 0010000 490 150 000,0 Учреждения по обеспечению хозяйственного обслуживания 082 04 11 0930000 1 302,6 Специальные объекты 082 04 11 0930000 223 1 302,6 Жилищно-коммунальное хозяйство 082 05 67 381,0 Жилищное хозяйство 082 05 01 67 381,0 Федеральная целевая программа "Жилище" на 2002-2010 годы (второй этап) 082 05 01 1040000 67 381,0 Мероприятия по обеспечению жильем отдельных категорий граждан 082 05 01 1044000 67 381,0 Мероприятия по обеспечению жильем федеральных государственных гражданских служащих 082 05 01 1044001 67 381,0 Строительство объектов для нужд отрасли 082 05 01 1044001 213 67 381,0 Образование 082 07 10 767 373,1 Дошкольное образование 082 07 01 1 790,0 Детские дошкольные учреждения 082 07 01 4200000 1 790,0 Обеспечение деятельности подведомственных учреждений 082 07 01 4200000 327 1 790,0 Переподготовка и повышение квалификации 082 07 05 197 736,2 Институты повышения квалификации 082 07 05 4280000 177 713,5 Обеспечение деятельности подведомственных учреждений 082 07 05 4280000 327 177 713,5 Учебные заведения и курсы по переподготовке кадров 082 07 05 4290000 20 022,7 Обеспечение деятельности подведомственных учреждений 082 07 05 4290000 327 20 022,7 Высшее профессиональное образование 082 07 06 10 565 826,9 Непрограммные инвестиции в основные фонды 082 07 06 1020000 844 150,0 Строительство объектов общегражданского назначения 082 07 06 1020000 214 844 150,0 Высшие учебные заведения 082 07 06 4300000 9 721 676,9 Обеспечение деятельности подведомственных учреждений 082 07 06 4300000 327 9 721 676,9 Другие вопросы в области образования 082 07 09 2 020,0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082 07 09 4520000 2 020,0 Обеспечение деятельности подведомственных учреждений 082 07 09 4520000 327 2 020,0 Здравоохранение и спорт 082 09 35 318,3 Здравоохранение 082 09 01 35 318,3 Поликлиники, амбулатории, диагностические центры 082 09 01 4710000 35 318,3 Обеспечение деятельности подведомственных учреждений 082 09 01 4710000 327 35 318,3 Межбюджетные трансферты 082 11 47 536 662,8 Финансовая помощь бюджетам других уровней 082 11 01 44 406 807,3 Федеральные целевые программы 082 11 01 1000000 3 928 836,7 Федеральная целевая программа "Социальное развитие села до 2010 года" 082 11 01 1001100 3 678 836,7 Субсидии бюджетам на осуществление мероприятий по обеспечению жильем граждан Российской Федерации, проживающих в сельской местности 082 11 01 1001100 258 1 178 600,0 Субсидии бюджетам на обеспечение жильем молодых семей и молодых специалистов, проживающих и работающих в сельской местности 082 11 01 1001100 678 2 500 236,7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082 11 01 1006000 250 000,0 Субсидии бюджетам субъектов Российской Федерации на компе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