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6049 - 6054) изменение, заменив слова "Тюменская область - 60" словами "Тюменская область - 64".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Тюменской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