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6049-6054) изменение, заменив слова "Ямало-Ненецкий автономный округ - 27" словами "Ямало-Ненецкий автономный округ - 30".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Ямало-Ненецком автономном округе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