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6049 - 6054) изменение, заменив слова "Республика Ингушетия - 14" словами "Республика Ингушетия - 19".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Ингушетия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