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оказания медицинской помощи гражданам Российской Федерации в учреждениях здравоохранения Республики Беларусь и гражданам Республики Беларусь в учреждениях здравоохранения Российской Федерации</w:t>
      </w:r>
    </w:p>
    <w:p>
      <w:r>
        <w:rPr>
          <w:b/>
        </w:rPr>
        <w:t>Статья None. Федеральный закон   от 28.02.2008 № 12-ФЗ</w:t>
      </w:r>
    </w:p>
    <w:p>
      <w:r>
        <w:t>О ратификации Соглашения между Правительством Российской Федерации и Правительством Республики Беларусь о порядке оказания медицинской помощи гражданам Российской Федерации в учреждениях здравоохранения Республики Беларусь и гражданам Республики Беларусь в учреждениях здравоохранения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Беларусь о порядке оказания медицинской помощи гражданам Российской Федерации в учреждениях здравоохранения Республики Беларусь и гражданам Республики Беларусь в учреждениях здравоохранения Российской Федерации Принят Государственной Думой 6 февраля 2008 года Одобрен Советом Федерации 20 февраля 2008 года Ратифицировать Соглашение между Правительством Российской Федерации и Правительством Республики Беларусь о порядке оказания медицинской помощи гражданам Российской Федерации в учреждениях здравоохранения Республики Беларусь и гражданам Республики Беларусь в учреждениях здравоохранения Российской Федерации, подписанное в городе Санкт-Петербурге 24 января 2006 года. Президент Российской Федерации В.Путин Москва, Кремль 28 февраля 2008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