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бюджете Пенсионного фонда Российской Федерации на 2008 год и на плановый период 2009 и 2010 годов"</w:t>
      </w:r>
    </w:p>
    <w:p>
      <w:r>
        <w:rPr>
          <w:b/>
        </w:rPr>
        <w:t>Статья 1</w:t>
      </w:r>
    </w:p>
    <w:p>
      <w:r>
        <w:t>Внести в Федеральный закон от 21 июля 2007 года № 182-ФЗ "О бюджете Пенсионного фонда Российской Федерации на 2008 год и на плановый период 2009 и 2010 годов" (Собрание законодательства Российской Федерации, 2007, № 30, ст. 3796; № 48, ст. 5807) следующие изменения</w:t>
      </w:r>
    </w:p>
    <w:p>
      <w:r>
        <w:t>в статье 1: а) в части 1: в пункте 1 слова "в сумме 2 330 632 659,2 тыс. рублей, из них 2 107 198 283,4 тыс. рублей" заменить словами "в сумме 2 554 046 835,0 тыс. рублей, из них 2 300 103 081,3 тыс. рублей", слова "в сумме 1 280 281 467,5 тыс. рублей" заменить словами "в сумме 1 411 666 555,2 тыс. рублей", слова "в сумме 1 872 000,0 тыс. рублей" заменить словами "в сумме 2 029 686,6 тыс. рублей"; в пункте 2 слова "в сумме 2 113 706 514,0 тыс. рублей, из них 2 093 436 876,8 тыс. рублей" заменить словами "в сумме 2 307 238 929,7 тыс. рублей, из них 2 286 332 674,7 тыс. рублей", слова "в сумме 10 700,0 тыс. рублей" заменить словами "в сумме 69 768,8 тыс. рублей"; в пункте 3 слова "в сумме 216 926 145,2 тыс. рублей, из них 13 761 406,6 тыс. рублей" заменить словами "в сумме 246 807 905,3 тыс. рублей, из них 13 770 406,6 тыс. рублей"; б) в части 2: в пункте 1 слова "в сумме 2 669 533 494,5 тыс. рублей, из них 2 397 522 331,1 тыс. рублей" заменить словами "в сумме 2 805 252 234,6 тыс. рублей, из них 2 488 900 211,1 тыс. рублей", слова "в сумме 3 179 764 200,9 тыс. рублей, из них 2 857 588 851,5 тыс. рублей" заменить словами "в сумме 3 359 492 299,5 тыс. рублей, из них 2 976 922 231,5 тыс. рублей"; в пункте 3 слова "в сумме 188 091 517,8 тыс. рублей, из них предельный объем дефицита бюджета Фонда в сумме 57 187 138,3 тыс. рублей" заменить словами "в сумме 323 810 257,9 тыс. рублей, из них предельный объем профицита бюджета Фонда в сумме 34 190 741,7 тыс. рублей", слова "в сумме 276 301 109,8 тыс. рублей, из них предельный объем дефицита бюджета Фонда в сумме 9 148 974,2 тыс. рублей" заменить словами "в сумме 456 029 208,4 тыс. рублей, из них предельный объем профицита бюджета Фонда в сумме 110 184 405,8 тыс. рублей"; в) части 3 и 4 признать утратившими силу</w:t>
      </w:r>
    </w:p>
    <w:p>
      <w:r>
        <w:t>в статье 3: а) в части 1: абзац первый после слова "структуру" дополнить словами "и изменение структуры"; в пункте 1 слова "согласно приложению 3" заменить словами "согласно приложениям 3 и 31"; б) в части 2 слова "в сумме 2 047 062 563,4 тыс. рублей" заменить словами "в сумме 2 237 018 745,2 тыс. рублей"; в) в части 3: абзац первый после слова "распределение" дополнить словами "и изменение распределения"; в пункте 1 слова "согласно приложению 5" заменить словами "согласно приложениям 5 и 51"; г) в части 4: абзац первый после слова "распределение" дополнить словами "и изменение распределения"; в пункте 1 слова "согласно приложению 7" заменить словами "согласно приложениям 7 и 71"; д) в части 5: абзац первый после слова "источники" дополнить словами "и изменение источников"; в пункте 1 слова "согласно приложению 9" заменить словами "согласно приложениям 9 и 91"; в пункте 2 слова "согласно приложению 10" заменить словами "согласно приложениям 10 и 101"</w:t>
      </w:r>
    </w:p>
    <w:p>
      <w:r>
        <w:t>в статье 4 слова "предусмотренных приложением 3" заменить словами "предусмотренных приложениями 3 и 31"</w:t>
      </w:r>
    </w:p>
    <w:p>
      <w:r>
        <w:t>в статье 9: а) абзац первый после слова "изменение" дополнить словами "и изменение изменения"; б) в пункте 1 слова "согласно приложению 11" заменить словами "согласно приложениям 11 и 111"; в) в пункте 2 слова "согласно приложению 12" заменить словами "согласно приложениям 12 и 13"</w:t>
      </w:r>
    </w:p>
    <w:p>
      <w:r>
        <w:t>в статье 11 слова "подлежит уменьшению" заменить словами "подлежит ежеквартально уменьшению"</w:t>
      </w:r>
    </w:p>
    <w:p>
      <w:r>
        <w:t>в статье 13 слова "предусмотренном приложениями 7 и 8" заменить словами "предусмотренном приложениями 7, 71 и 8"</w:t>
      </w:r>
    </w:p>
    <w:p>
      <w:r>
        <w:t>статью 18 изложить в следующей редакции: "Статья 18 Установить, что остатки средств федерального бюджета на 1 января 2008 года, образовавшиеся в бюджете Фонда в результате неполного использования в 2007 году межбюджетных трансфертов на выплаты пенсий, ежемесячных денежных выплат отдельным категориям граждан и другие социальные выплаты, а также на компенсацию расходов на оплату стоимости проезда пенсионерам, проживающим в районах Крайнего Севера и приравненных к ним местностях и являющимся получателями трудовых пенсий по старости и по инвалидности, к месту отдыха на территории Российской Федерации и обратно, финансовое обеспечение которых осуществляется за счет средств федерального бюджета, направляются Фондом в 2008 году на указанные цели с соответствующим внесением изменений в сводную бюджетную роспись бюджета Фонда."</w:t>
      </w:r>
    </w:p>
    <w:p>
      <w:r>
        <w:t>в приложении 1: а) после строки дополнить строками следующего содержания: б) строку изложить в следующей редакции:</w:t>
      </w:r>
    </w:p>
    <w:p>
      <w:r>
        <w:t>в приложении 3: а) строку изложить в следующей редакции: б) строку изложить в следующей редакции: в) строку изложить в следующей редакции:</w:t>
      </w:r>
    </w:p>
    <w:p>
      <w:r>
        <w:t>дополнить приложением 31 следующего содержания: "Приложение 31 к Федеральному закону "О бюджете Пенсионного фонда Российской Федерации на 2008 год и на плановый период 2009 и 2010 годов" Изменение структуры расходов бюджета Пенсионного фонда Российской Федерации на 2008 год, предусмотренной приложением 3 к Федеральному закону "О бюджете Пенсионного фонда Российской Федерации на 2008 год и на плановый период 2009 и 2010 годов" (тыс. рублей) Наименование Мин Рз ПР ЦСР ВР Сумма Пенсионный фонд Российской Федерации 392 +193 532 415,7 Социальная политика 392 10 00 +193 473 346,9 Пенсионное обеспечение 392 10 01 +193 473 346,9 Руководство и управление в сфере установленных функций 392 10 01 001 00 00 +2 941 600,6 Аппараты органов управления государственных внебюджетных фондов 392 10 01 001 55 00 +2 941 600,6 Органы управления государственных внебюджетных фондов 392 10 01 001 55 00 270 +2 941 600,6 Пенсии 392 10 01 490 00 00 +35 353,6 Указ Президента Российской Федерации от 23 августа 2000 года № 1563 "О неотложных мерах социальной поддержки специалистов ядерного оружейного комплекса Российской Федерации" 392 10 01 490 03 00 +35 353,6 Материальное обеспечение специалистов ядерного оружейного комплекса Российской Федерации 392 10 01 490 03 01 +35 353,6 Социальные выплаты 392 10 01 490 03 01 005 +35 353,6 Социальная помощь 392 10 01 505 00 00 +190 496 392,7 Федеральный закон от 24 ноября 1995 года № 181-ФЗ "О социальной защите инвалидов в Российской Федерации" 392 10 01 505 02 00 +9 007 200,0 Осуществление ежемесячной денежной выплаты инвалидам 392 10 01 505 02 02 +9 007 200,0 Социальные выплаты 392 10 01 505 02 02 005 +9 007 200,0 Закон Российской Федерации от 15 января 1993 года № 4301-I "О статусе Героев Советского Союза, Героев Российской Федерации и полных кавалеров ордена Славы" 392 10 01 505 08 00 +498 263,6 Осуществление ежемесячной денежной выплаты Героям Советского Союза, Героям Российской Федерации и полным кавалерам ордена Славы 392 10 01 505 08 01 +498 263,6 Социальные выплаты 392 10 01 505 08 01 005 +498 263,6 Федеральный закон от 9 января 1997 года № 5-ФЗ "О предоставлении социальных гарантий Героям Социалистического Труда и полным кавалерам ордена Трудовой Славы" 392 10 01 505 09 00 +63 742,4 Осуществление ежемесячной денежной выплаты Героям Социалистического Труда и полным кавалерам ордена Трудовой Славы 392 10 01 505 09 01 +63 742,4 Социальные выплаты 392 10 01 505 09 01 005 +63 742,4 Федеральный закон от 17 декабря 2001 года № 173-ФЗ "О трудовых пенсиях в Российской Федерации" 392 10 01 505 13 00 +160 986 769,8 Выплата базовой части трудовой пенсии 392 10 01 505 13 01 +119 059 737,5 Социальные выплаты 392 10 01 505 13 01 005 +119 059 737,5 Выплата страховой части трудовой пенсии 392 10 01 505 13 02 +41 925 047,8 Социальные выплаты 392 10 01 505 13 02 005 +41 925 047,8 Выплаты правопреемникам умерших застрахованных лиц 392 10 01 505 13 04 +1 984,5 Социальные выплаты 392 10 01 505 13 04 005 +1 984,5 Федеральный закон от 15 декабря 2001 года № 166-ФЗ "О государственном пенсионном обеспечении в Российской Федерации" 392 10 01 505 14 00 +18 570 018,7 Выплата пенсий по государственному пенсионному обеспечению 392 10 01 505 14 01 +18 570 018,7 Социальные выплаты 392 10 01 505 14 01 005 +18 570 018,7 Федеральный закон от 4 марта 2002 года № 21-ФЗ "О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 392 10 01 505 15 00 +359 878,3 Выплата дополнительного материального обеспечения, доплат к пенсиям, пособий и компенсаций 392 10 01 505 15 01 +359 878,3 Социальные выплаты 392 10 01 505 15 01 005 +359 878,3 Федеральный закон от 24 июля 2002 года № 111-ФЗ "Об инвестировании средств для финансирования накопительной части трудовой пенсии в Российской Федерации" 392 10 01 505 23 00 +634 633,3 Обеспечение ведения специальной части индивидуальных лицевых счетов застрахованных лиц, формирования средств пенсионных накоплений 392 10 01 505 23 01 +40 491,6 Органы управления государственных внебюджетных фондов 392 10 01 505 23 01 270 +40 491,6 Передача средств пенсионных накоплений в негосударственные пенсионные фонды 392 10 01 505 23 02 +594 141,7 Прочие расходы 392 10 01 505 23 02 013 +594 141,7 Федеральный закон от 27 ноября 2001 года № 155-ФЗ "О дополнительном социальном обеспечении членов летных экипажей воздушных судов гражданской авиации" 392 10 01 505 25 00 +218 200,0 Доплаты к пенсии членам летных экипажей воздушных судов гражданской авиации 392 10 01 505 25 01 +218 200,0 Социальные выплаты 392 10 01 505 25 01 005 +218 200,0 Закон Российской Федерации от 19 апреля 1991 года № 1032-I "О занятости населения в Российской Федерации" 392 10 01 505 51 00 +157 686,6 Выплата пенсий, назначенных досрочно, гражданам, признанным безработными 392 10 01 505 51 01 +157 686,6 Социальные выплаты 392 10 01 505 51 01 005 +157 686,6 Межбюджетные трансферты 392 11 00 +59 068,8 Иные межбюджетные трансферты 392 11 04 +59 068,8 Социальная помощь 392 11 04 505 00 00 +59 068,8 Закон Российской Федерации от 15 января 1993 года № 4301-I "О статусе Героев Советского Союза, Героев Российской Федерации и полных кавалеров ордена Славы" 392 11 04 505 08 00 +45 777,4 Социальная поддержка Героев Советского Союза, Героев Российской Федерации и полных кавалеров ордена Славы 392 11 04 505 08 02 +45 777,4 Иные субсидии 392 11 04 505 08 02 018 +45 777,4 Федеральный закон от 9 января 1997 года № 5-ФЗ "О предоставлении социальных гарантий Героям Социалистического Труда и полным кавалерам ордена Трудовой Славы" 392 11 04 505 09 00 +13 291,4 Социальная поддержка Героев Социалистического Труда и полных кавалеров ордена Трудовой Славы 392 11 04 505 09 02 +13 291,4 Иные субсидии 392 11 04 505 09 02 018 +13 291,4"</w:t>
      </w:r>
    </w:p>
    <w:p>
      <w:r>
        <w:t>в приложении 4: а) строку изложить в следующей редакции: б) строку изложить в следующей редакции: в) строку изложить в следующей редакции:</w:t>
      </w:r>
    </w:p>
    <w:p>
      <w:r>
        <w:t>дополнить приложением 51 следующего содержания: "Приложение 51к Федеральному закону "О бюджете Пенсионного фонда Российской Федерации на 2008 год и на плановый период 2009 и 2010 годов" Изменение межбюджетных трансфертов, получаемых из федерального бюджета и бюджетов субъектов Российской Федерации, на 2008 год, предусмотренных приложением 5 к Федеральному закону "О бюджете Пенсионного фонда Российской Федерации на 2008 год и на плановый период 2009 и 2010 годов" (тыс. рублей) Наименование межбюджетного трансферта Сумма Межбюджетные трансферты, получаемые из федерального бюджета +131 385 087,7 в том числе: на осуществление ежемесячной денежной выплаты инвалидам +9 007 200,0 на осуществление ежемесячной денежной выплаты Героям Советского Союза, Героям Российской Федерации и полным кавалерам ордена Славы, Героям Социалистического Труда и полным кавалерам ордена Трудовой Славы +562 006,0 в том числе: на осуществление ежемесячной денежной выплаты Героям Советского Союза, Героям Российской Федерации и полным кавалерам ордена Славы +498 263,6 на осуществление ежемесячной денежной выплаты Героям Социалистического Труда и полным кавалерам ордена Трудовой Славы +63 742,4 на социальную поддержку Героев Советского Союза, Героев Российской Федерации и полных кавалеров ордена Славы, Героев Социалистического Труда и полных кавалеров ордена Трудовой Славы +59 068,8 в том числе: на социальную поддержку Героев Советского Союза, Героев Российской Федерации и полных кавалеров ордена Славы +45 777,4 на социальную поддержку Героев Социалистического Труда и полных кавалеров ордена Трудовой Славы +13 291,4 на покрытие дефицита бюджета Пенсионного фонда Российской Федерации -16 232 821,6 на выплату базовой части трудовой пенсии +119 059 737,5 на выплату пенсий по государственному пенсионному обеспечению, доплат к пенсиям, дополнительного материального обеспечения, пособий и компенсаций +18 929 897,0 в том числе: на выплату пенсий по государственному пенсионному обеспечению +18 570 018,7 на выплату доплат к пенсиям, дополнительного материального обеспечения, пособий и компенсаций +359 878,3 Межбюджетные трансферты, получаемые из бюджетов субъектов Российской Федерации +157 686,6 в том числе: на выплату пенсий, назначенных досрочно, гражданам, признанным безработными +157 686,6"</w:t>
      </w:r>
    </w:p>
    <w:p>
      <w:r>
        <w:t>дополнить приложением 71 следующего содержания: "Приложение 71к Федеральному закону "О бюджете Пенсионного фонда Российской Федерации на 2008 год и на плановый период 2009 и 2010 годов" Изменение межбюджетных трансфертов, передаваемых из бюджета Пенсионного фонда Российской Федерации в бюджеты субъектов Российской Федерации, на 2008 год, предусмотренных приложением 7 к Федеральному закону "О бюджете Пенсионного фонда Российской Федерации на 2008 год и на плановый период 2009 и 2010 годов" (тыс. рублей) Наименование межбюджетного трансферта Сумма 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 Героев Социалистического Труда и полных кавалеров ордена Трудовой Славы в том числе: на социальную поддержку Героев Советского Союза, Героев Российской Федерации и полных кавалеров ордена Славы на социальную поддержку Героев Социалистического Труда и полных кавалеров ордена Трудовой Славы 14) дополнить приложением 91 следующего содержания: "Приложение 91|к Федеральному закону "О бюджете Пенсионного фонда Российской Федерации на 2008 год и на плановый период 2009 и 2010 годов" Изменение источников внутреннего финансирования дефицита бюджета Пенсионного фонда Российской Федерации в части, не связанной с формированием средств для финансирования накопительной части трудовых пенсий, на 2008 год, предусмотренных приложением 9 к Федеральному закону "О бюджете Пенсионного фонда Российской Федерации на 2008 год и на плановый период 2009 и 2010 годов" (тыс. рублей) Код бюджетной классификации Российской Федерации Наименование источника внутреннего финансирования дефицита бюджета Пенсионного фонда Российской Федерации Сумма Увеличение остатков финансовых резервов бюджетов Увеличение остатков денежных средств финансового резерва бюджета Пенсионного фонда Российской Федерации 15) дополнить приложением 101 следующего содержания: "Приложение 101к Федеральному закону "О бюджете Пенсионного фонда Российской Федерации на 2008 год и на плановый период 2009 и 2010 годов" Изменение источников внутреннего финансирования дефицита бюджета Пенсионного фонда Российской Федерации в части, не связанной с формированием средств для финансирования накопительной части трудовых пенсий, на плановый период 2009 и 2010 годов, предусмотренных приложением 10 к Федеральному закону "О бюджете Пенсионного фонда Российской Федерации на 2008 год и на плановый период 2009 и 2010 годов" Сумма (тыс. рублей) Код бюджетной классификации Российской Федерации Наименование источника внутреннего финансирования дефицита бюджета Пенсионного фонда Российской Федерации Плановый период 000 01 05 01 00 00 0000 500 Увеличение остатков финансовых резервов бюджетов 000 01 05 01 00 00 0000 600 Уменьшение остатков финансовых резервов бюджетов 392 01 05 01 01 06 0000 510 Увеличение остатков денежных средств финансового резерва бюджета Пенсионного фонда Российской Федерации 392 01 05 01 01 06 0000 610 Уменьшение остатков денежных средств финансового резерва бюджета Пенсионного фонда Российской Федерации 16) дополнить приложением 111 следующего содержания: "Приложение 111к Федеральному закону "О бюджете Пенсионного фонда Российской Федерации на 2008 год и на плановый период 2009 и 2010 годов" Изменение изменения остатков средств пенсионных накоплений бюджета Пенсионного фонда Российской Федерации на 2008 год, предусмотренного приложением 11 к Федеральному закону "О бюджете Пенсионного фонда Российской Федерации на 2008 год и на плановый период 2009 и 2010 годов" (тыс. рублей) Код бюджетной классификации Российской Федерации Наименование Сумма 1 2 3 000 01 05 02 00 00 0000 500 Увеличение прочих остатков средств бюджетов -29 872 760,1 392 01 05 02 01 06 0000 510 Увеличение остатков средств пенсионных накоплений бюджета Пенсионного фонда Российской Федерации -29 872 760,1 392 01 05 02 01 06 0001 510 Увеличение остатков денежных средств пенсионных накоплений бюджета Пенсионного фонда Российской Федерации +7 908 350,4 392 01 05 02 01 06 0003 510 Увеличение остатков средств пенсионных накоплений бюджета Пенсионного фонда Российской Федерации, переданных управляющим компаниям -27 613 713,5 392 01 05 02 02 06 0001 520 Увеличение остатков средств пенсионных накоплений бюджета Пенсионного фонда Российской Федерации, временно размещенных в ценные бумаги -10 167 397,0"</w:t>
      </w:r>
    </w:p>
    <w:p>
      <w:r>
        <w:t>дополнить приложением 13 следующего содержания: "Приложение 13к Федеральному закону "О бюджете Пенсионного фонда Российской Федерации на 2008 год и на плановый период 2009 и 2010 годов" Изменение изменения остатков средств пенсионных накоплений бюджета Пенсионного фонда Российской Федерации на плановый период 2009 и 2010 годов, предусмотренного приложением 12 к Федеральному закону "О бюджете Пенсионного фонда Российской Федерации на 2008 год и на плановый период 2009 и 2010 годов" Сумма (тыс. рублей) Код бюджетной классификации Российской Федерации Наименование Плановый период 000 01 05 02 00 00 0000 500 Увеличение прочих остатков средств бюджетов 392 0 105 02 01 06 0000 510 Увеличение остатков средств пенсионных накоплений бюджета Пенсионного фонда Российской Федерации 392 01 05 02 01 06 0001 510 Увеличение остатков денежных средств пенсионных накоплений бюджета Пенсионного фонда Российской Федерации 392 01 05 02 01 06 0003 510 Увеличение остатков средств пенсионных накоплений бюджета Пенсионного фонда Российской Федерации, переданных управляющим компаниям 392 01 05 02 02 06 0001 520 Увеличение остатков средств пенсионных накоплений бюджета Пенсионного фонда Российской Федерации, временно размещенных в ценные бумаги</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Федерального закона от 21 июля 2007 года № 182-ФЗ "О бюджете Пенсионного фонда Российской Федерации на 2008 год и на плановый период 2009 и 2010 годов" (в редакции настоящего Федерального закона) распространяются на правоотношения, возникшие с 1 января 2008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