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2008 год и на плановый период 2009 и 2010 годов"</w:t>
      </w:r>
    </w:p>
    <w:p>
      <w:r>
        <w:rPr>
          <w:b/>
        </w:rPr>
        <w:t>Статья 1</w:t>
      </w:r>
    </w:p>
    <w:p>
      <w:r>
        <w:t>Внести в Федеральный закон от 21 июля 2007 года № 183-ФЗ "О бюджете Фонда социального страхования Российской Федерации на 2008 год и на плановый период 2009 и 2010 годов" (Собрание законодательства Российской Федерации, 2007, № 30, ст. 3797) следующие изменения</w:t>
      </w:r>
    </w:p>
    <w:p>
      <w:r>
        <w:t>в статье 1: а) в части 1: в пункте 1 слова "в сумме 305 665 591,3 тыс. рублей" заменить словами "в сумме 348 576 613,6 тыс. рублей", слова "в сумме 27 211 299,0 тыс. рублей" заменить словами "в сумме 44 001 971,0 тыс. рублей"; в пункте 2 слова "в сумме 323 879 347,3 тыс. рублей" заменить словами "в сумме 365 057 731,0 тыс. рублей"; в пункте 3 слова "в сумме 18 213 756,0 тыс. рублей" заменить словами "в сумме 16 481 117,4 тыс. рублей"; дополнить пунктом 4 следующего содержания: "4) установить, что источником финансирования дефицита бюджета Фонда в 2008 году являются остатки средств бюджета Фонда по состоянию на 1 января 2008 года."; б) в части 2: в пункте 1 слова "в сумме 346 470 113,2 тыс. рублей" заменить словами "в сумме 382 892 690,9 тыс. рублей", слова "в сумме 389 962 820,5 тыс. рублей" заменить словами "в сумме 438 685 198,7 тыс. рублей"; пункт 3 изложить в следующей редакции: "3) предельный объем профицита бюджета Фонда на 2009 год в сумме 26 825 310,9 тыс. рублей и на 2010 год в сумме 49 221 591,2 тыс. рублей."; в) в части 3 слова "в сумме 217 410 310,7 тыс. рублей" заменить словами "в сумме 238 940 917,0 тыс. рублей", слова "в сумме 44 443 981,6 тыс. рублей" заменить словами "в сумме 49 033 725,6 тыс. рублей"; г) в части 4: в пункте 1 слова "в сумме 250 709 622,0 тыс. рублей" заменить словами "в сумме 280 449 060,7 тыс. рублей", слова "в сумме 51 240 155,0 тыс. рублей" заменить словами "в сумме 57 923 294,0 тыс. рублей"; в пункте 2 слова "в сумме 288 449 082,9 тыс. рублей" заменить словами "в сумме 328 739 063,4 тыс. рублей", слова "в сумме 55 823 102,8 тыс. рублей" заменить словами "в сумме 64 255 500,5 тыс. рублей"</w:t>
      </w:r>
    </w:p>
    <w:p>
      <w:r>
        <w:t>в статье 3: а) в части 1: абзац первый после слова "ассигнования" дополнить словами "и изменение бюджетных ассигнований"; в пункте 1 слова "согласно приложению 3" заменить словами "согласно приложениям 3 и 31"; б) в пункте 1 части 2 слова "в сумме 232 230 793,2 тыс. рублей" заменить словами "в сумме 255 583 848,4 тыс. рублей", слова "в сумме 47 837 255,1 тыс. рублей" заменить словами "в сумме 48 871 911,6 тыс. рублей"; в) в части 3 слова "в сумме 253 543 078,8 тыс. рублей" заменить словами "в сумме 292 817 334,5 тыс. рублей"; г) в части 4: абзац первый после слова "распределение" дополнить словами "и изменение распределения"; в пункте 1 слова "согласно приложению 5" заменить словами "согласно приложениям 5 и 51"; д) в части 5: абзац первый после слова "источники" дополнить словами "и изменение источников"; в пункте 1 слова "согласно приложению 7" заменить словами "согласно приложениям 7 и 71"; в пункте 2 слова "согласно приложению 8" заменить словами "согласно приложениям 8 и 81"</w:t>
      </w:r>
    </w:p>
    <w:p>
      <w:r>
        <w:t>в статье 6: а) часть 1 изложить в следующей редакции: "1. Установить, что в 2008 году и в плановый период 2009 и 2010 годов Фонд осуществляет финансовое обеспечение оплаты стоимости путевок в санаторно-курортные учреждения, расположенные на территории Российской Федерации, со сроком пребывания не более 21 дня, а для больных с заболеваниями и последствиями травм спинного и головного мозга - не более 42 дней, а также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специализированных медицинских учреждениях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предусмотренных Федеральным законом от 17 июля 1999 года № 178-ФЗ "О государственной социальной помощи" (далее - Федеральный закон "О государственной социальной помощи"), в пределах межбюджетных трансфертов из федерального бюджета на указанные цели."; б) в части 3 слова "по санаторно-курортному лечению, включая проезд" заменить словами "в части оплаты санаторно-курортного лечения, а также проезда"</w:t>
      </w:r>
    </w:p>
    <w:p>
      <w:r>
        <w:t>статью 7 дополнить частью 3 следующего содержания: "3. Установить, что средства, предусмотренные приложениями 3 и 4 к настоящему Федеральному закону по целевой статье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бюджета, передаются исполнительным органам Фонда и (или) центрам реабилитации Фонда на строительство и реконструкцию объектов центров реабилитации Фонда."</w:t>
      </w:r>
    </w:p>
    <w:p>
      <w:r>
        <w:t>в статье 14 слова "50 200 рублей" заменить словами "50 900 рублей"</w:t>
      </w:r>
    </w:p>
    <w:p>
      <w:r>
        <w:t>в части 1 статьи 15 слова "38 500 рублей" заменить словами "39 100 рублей"</w:t>
      </w:r>
    </w:p>
    <w:p>
      <w:r>
        <w:t>пункт 1 части 1 статьи 18 изложить в следующей редакции: "1) неполного использования Фондом в 2007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2008 году на указанные цели, включая завершение расчетов по договорам, заключенным в 2007 году. Указанные объемы средств учитываются в сводной бюджетной росписи бюджета Фонда на 2008 год сверх сумм, установленных статьями 1 и 3 настоящего Федерального закона;"</w:t>
      </w:r>
    </w:p>
    <w:p>
      <w:r>
        <w:t>в приложении 1 строку изложить в следующей редакции:</w:t>
      </w:r>
    </w:p>
    <w:p>
      <w:r>
        <w:t>в приложении 3: а) строку изложить в следующей редакции: б) строку изложить в следующей редакции: в) строку изложить в следующей редакции: г) строку изложить в следующей редакции:</w:t>
      </w:r>
    </w:p>
    <w:p>
      <w:r>
        <w:t>дополнить приложением 31 следующего содержания: "Приложение 31к Федеральному закону "О бюджете Фонда социального страхования Российской Федерации на 2008 год и на плановый период 2009 и 2010 годов" Изменение структуры расходов бюджета Фонда социального страхования Российской Федерации на 2008 год, предусмотренной приложением 3 к Федеральному закону "О бюджете Фонда социального страхования Российской Федерации на 2008 год и на плановый период 2009 и 2010 годов" (тыс. рублей) Наименование Мин Рз ПР ЦСР ВР Сумма Фонд социального страхования Российской Федерации 393 +41 178 383,7 Общегосударственные вопросы 393 01 +289,6 Международные отношения и международное сотрудничество 393 01 08 +289,6 Международное сотрудничество 393 01 08 030 00 00 +289,6 Взносы в международные организации 393 01 08 030 98 00 +289,6 Выполнение международных обязательств 393 01 08 030 98 00 011 +289,6 Образование 393 07 +748 650,7 Молодежная политика и оздоровление детей 393 07 07 +748 650,7 Социальная помощь 393 07 07 505 00 00 +748 650,7 Федеральный закон от 16 июля 1999 года № 165-ФЗ "Об основах обязательного социального страхования" 393 07 07 505 43 00 +748 650,7 Оздоровление детей 393 07 07 505 43 01 +748 650,7 Социальные выплаты 393 07 07 505 43 01 005 +748 650,7 Социальная политика 393 10 +40 429 443,4 Социальное обеспечение населения 393 10 03 +40 429 443,4 Руководство и управление в сфере установленных функций 393 10 03 001 00 00 +705 177,1 Аппараты органов управления государственных внебюджетных фондов 393 10 03 001 55 00 +705 177,1 Органы управления государственных внебюджетных фондов 393 10 03 001 55 00 270 +705 177,1 Социальная помощь 393 10 03 505 00 00 +39 724 266,3 Федеральный закон от 19 мая 1995 года № 81-ФЗ "О государственных пособиях гражданам, имеющим детей" 393 10 03 505 05 00 +18 092 489,0 Выплата пособий по уходу за ребенком до достижения им возраста полутора лет гражданам, не подлежащим обязательному социальному страхованию 393 10 03 505 05 01 +16 790 672,0 Социальные выплаты 393 10 03 505 05 01 005 +16 790 672,0 Пособия при рождении ребенка 393 10 03 505 05 04 +1 259 016,0 Социальные выплаты 393 10 03 505 05 04 005 +1 259 016,0 Единовременные пособия женщинам, вставшим на учет в медицинских учреждениях в ранние сроки беременности 393 10 03 505 05 05 +42 801,0 Социальные выплаты 393 10 03 505 05 05 005 +42 801,0 Федеральный закон от 29 декабря 2006 года № 255-ФЗ "Об обеспечении пособиями по временной нетрудоспособности, по беременности и родам граждан, подлежащих обязательному социальному страхованию" 393 10 03 505 32 00 +20 402 370,0 Пособия по временной нетрудоспособности по обязательному социальному страхованию 393 10 03 505 32 01 +13 493 775,0 Социальные выплаты 393 10 03 505 32 01 005 +13 493 775,0 Пособия по беременности и родам 393 10 03 505 32 02 +6 908 595,0 Социальные выплаты 393 10 03 505 32 02 005 +6 908 595,0 Федеральный закон от 24 июля 1998 года № 125-ФЗ "Об обязательном социальном страховании от несчастных случаев на производстве и профессиональных заболеваний" 393 10 03 505 39 00 +779 396,7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03 505 39 01 +524 787,4 Социальные выплаты 393 10 03 505 39 01 005 +524 787,4 Единовременные страховые выплаты 393 10 03 505 39 02 +18 203,3 Социальные выплаты 393 10 03 505 39 02 005 +18 203,3 Ежемесячные страховые выплаты 393 10 03 505 39 03 +236 406,0 Социальные выплаты 393 10 03 505 39 03 005 +236 406,0 Федеральный закон от 16 июля 1999 года № 165-ФЗ "Об основах обязательного социального страхования" 393 10 03 505 43 00 +450 010,6 Оплата путевок на санаторно- курортное лечение работников 393 10 03 505 43 02 +450 010,6 Социальные выплаты 393 10 03 505 43 02 005 +450 010,6"</w:t>
      </w:r>
    </w:p>
    <w:p>
      <w:r>
        <w:t>в приложении 4: а) строку изложить в следующей редакции: б) строку изложить в следующей редакции: в) строку изложить в следующей редакции: г) строку изложить в следующей редакции:</w:t>
      </w:r>
    </w:p>
    <w:p>
      <w:r>
        <w:t>в приложении 5 слова "на оказание отдельным категориям граждан государственной социальной помощи по санаторно-курортному лечению, включая проезд к месту лечения и обратно" заменить словами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
        <w:t>дополнить приложением 51 следующего содержания: "Приложение 51к Федеральному закону "О бюджете Фонда социального страхования Российской Федерации на 2008 год и на плановый период 2009 и 2010 годов" Изменение межбюджетных трансфертов, получаемых из федерального бюджета и бюджета Федерального фонда обязательного медицинского страхования, на 2008 год, предусмотренных приложением 5 к Федеральному закону "О бюджете Фонда социального страхования Российской Федерации на 2008 год и на плановый период 2009 и 2010 годов" (тыс. рублей) Наименование межбюджетных трансфертов Межбюджетные трансферты, получаемые из федерального бюджета и бюджета Федерального фонда обязательного медицинского страхования, всего Межбюджетные трансферты, получаемые из федерального бюджета: на выплату пособий по уходу за ребенком до достижения им возраста полутора лет гражданам, не подлежащим обязательному социальному страхованию 14) в приложении 6 слова "на оказание отдельным категориям граждан государственной социальной помощи по санаторно-курортному лечению, включая проезд к месту лечения и обратно" заменить словами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
        <w:t>дополнить приложением 71 следующего содержания: "Приложение 71к Федеральному закону "О бюджете Фонда социального страхования Российской Федерации на 2008 год и на плановый период 2009 и 2010 годов" Изменение источников внутреннего финансирования дефицита бюджета Фонда социального страхования Российской Федерации на 2008 год, предусмотренных приложением 7 к Федеральному закону "О бюджете Фонда социального страхования Российской Федерации на 2008 год и на плановый период 2009 и 2010 годов" (тыс. рублей) Код бюджетной классификации Российской Федерации Наименование источника внутреннего финансирования дефицита бюджета Сумма 000 01 00 00 00 00 0000 000 Источники внутреннего финансирования дефицитов бюджетов +1 732 638,6 000 01 05 00 00 00 0000 000 Изменение остатков средств на счетах по учету средств бюджета +1 732 638,6 000 01 05 00 00 00 0000 600 Уменьшение остатков средств бюджетов +1 732 638,6 000 01 05 02 00 00 0000 600 Уменьшение прочих остатков средств бюджетов +1 732 638,6 000 01 05 02 01 00 0000 610 Уменьшение прочих остатков денежных средств бюджетов +1 732 638,6 393 01 05 02 01 07 0000 610 Уменьшение прочих остатков денежных средств бюджета Фонда социального страхования Российской Федерации +1 732 638,6 393 01 05 02 01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+3 555 087,5 393 01 05 02 01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-1 822 448,9"</w:t>
      </w:r>
    </w:p>
    <w:p>
      <w:r>
        <w:t>дополнить приложением 81 следующего содержания: "Приложение 81к Федеральному закону "О бюджете Фонда социального страхования Российской Федерации на 2008 год и на плановый период 2009 и 2010 годов" Изменение источников внутреннего финансирования дефицита бюджета Фонда социального страхования Российской Федерации на плановый период 2009 и 2010 годов, предусмотренных приложением 8 к Федеральному закону "О бюджете Фонда социального страхования Российской Федерации на 2008 год и на плановый период 2009 и 2010 годов" Сумма (тыс. рублей) Код бюджетной классификации Российской Федерации Наименование источника внутреннего финансирования дефицита бюджета Плановый период 2009 год 2010 год 1 2 3 4 000 01 00 00 00 00 0000 000 Источники внутреннего финансирования дефицитов бюджетов +36 422 577,7 +48 722 378,2 000 01 05 00 00 00 0000 000 Изменение остатков средств на счетах по учету средств бюджета +36 422 577,7 +48 722 378,2 000 01 05 00 00 00 0000 500 Увеличение остатков средств бюджетов +26 575 310,9 +48 722 378,2 000 01 05 00 00 00 0000 600 Уменьшение остатков средств бюджетов +9 847 266,8 0,0 000 01 05 02 00 00 0000 500 Увеличение прочих остатков средств бюджетов +26 575 310,9 +48 722 378,2 000 01 05 02 00 00 0000 600 Уменьшение прочих остатков средств бюджетов +9 847 266,8 0,0 000 01 05 02 01 00 0000 510 Увеличение прочих остатков денежных средств бюджетов +26 575 310,9 +48 722 378,2 000 01 05 02 01 00 0000 610 Уменьшение прочих остатков денежных средств бюджетов +9 847 266,8 0,0 393 01 05 02 01 07 0000 510 Увеличение прочих остатков денежных средств бюджета Фонда социального страхования Российской Федерации +26 575 310,9 +48 722 378,2 393 01 05 02 01 07 0000 610 Уменьшение прочих остатков денежных средств бюджета Фонда социального страхования Российской Федерации +9 847 266,8 0,0 393 01 05 02 01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+5 765 558,8 +8 432 397,7 393 01 05 02 01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+917 580,2 0,0 393 01 05 02 01 07 0002 510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+20 809 752,1 +40 289 980,5 393 01 05 02 01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+8 929 686,6 0,0"</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21 июля 2007 года № 183-ФЗ "О бюджете Фонда социального страхования Российской Федерации на 2008 год и на плановый период 2009 и 2010 годов"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