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экземпляре документов"</w:t>
      </w:r>
    </w:p>
    <w:p>
      <w:r>
        <w:rPr>
          <w:b/>
        </w:rPr>
        <w:t>Статья None. Федеральный закон   от 26.03.2008 № 28-ФЗ</w:t>
      </w:r>
    </w:p>
    <w:p>
      <w:r>
        <w:t>О внесении изменений в Федеральный закон "Об обязательном экземпляре документов" РОССИЙСКАЯ ФЕДЕРАЦИЯ ФЕДЕРАЛЬНЫЙ ЗАКОН О внесении изменений в Федеральный закон "Об обязательном экземпляре документов" Принят Государственной Думой 14 марта 2008 года Одобрен Советом Федерации 19 марта 2008 года Статья 1 Внести в Федеральный закон от 29 декабря 1994 года № 77-ФЗ "Об обязательном экземпляре документов" (Собрание законодательства Российской Федерации, 1995, № 1, ст. 1; 2002, № 7, ст. 630; 2006, № 52, ст. 5497) следующие изменения: 1) в статье 1: а) абзац второй после слова "подлежащие" дополнить словом "безвозмездной"; б) абзац третий изложить в следующей редакции: "документ - материальный носитель с зафиксированной на нем в любой форме информацией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хранения;"; в) абзацы шестой и седьмой признать утратившими силу; г) в абзаце восьмом слово "бесплатный" исключить; д) абзацы девятый и десятый изложить в следующей редакции: "обязательный экземпляр субъекта Российской Федерации - экземпляры изготовленных на территории субъекта Российской Федерации или за пределами его территории по заказу организаций, находящихся в ведении субъекта Российской Федерации, различных видов документов, подлежащие безвозмездной передаче производителями документов в соответствующие организации субъекта Российской Федерации в порядке и количестве, установленных настоящим Федеральным законом; обязательный экземпляр муниципального образования - экземпляры изготовленных на территории муниципального образования или за пределами его территории по заказу организаций, находящихся в ведении муниципального образования, различных видов документов, подлежащие безвозмездной передаче производителями документов в соответствующие организации муниципальных образований в порядке и количестве, установленных настоящим Федеральным законом;"; е) абзацы двенадцатый и тринадцатый изложить в следующей редакции: "получатель документов - юридическое лицо или его структурное подразделение, наделенные правом получения, хранения и общественного использования обязательного экземпляра на безвозмездной основе; национальный библиотечно-информационный фонд документов Российской Федерации - собрание всех видов документов, комплектуемое на основе обязательного экземпляра, распределяемое в соответствии с настоящим Федеральным законом, предназначенное для постоянного хранения и общественного использования и являющееся частью культурного достояния народов Российской Федерации."; 2) в статье 4: а) в пункте 1: в абзаце первом слово "бесплатного" исключить; абзац седьмой изложить в следующей редакции: "подготовка и выпуск сводных каталогов, сигнальной и реферативной информации в соответствии с видами получаемых документов;"; абзац восьмой после слов "общества о" дополнить словом "получаемых"; в абзаце девятом слова "местных документов" заменить словами "документов муниципальных образований"; дополнить абзацами следующего содержания: "ведение централизованной каталогизации в соответствии с видами получаемых документов; обеспечение доступа к информации о получаемых документах, в том числе доступа через информационно-телекоммуникационные сети."; б) пункт 2 признать утратившим силу; 3) в статье 5: а) в пункте 1: в абзаце первом слова "бесплатного экземпляра и обязательного платного" исключить; в абзаце втором слова "издания (текстовые, нотные, картографические, изоиздания)" заменить словами "печатные издания (текстовые, нотные, картографические, изоиздания)"; абзац шестой изложить в следующей редакции: "электронные издания - документы, в которых информация представлена в электронно-цифровой форме и которые прошли редакционно-издательскую обработку, имеют выходные сведения, тиражируются и распространяются на машиночитаемых носителях;"; дополнить абзацами следующего содержания: "программы для электронных вычислительных машин и базы данных на материальном носителе; стандарты; комбинированные документы - совокупность документов, выполненных на различных носителях (печатных, аудиовизуальных, электронных)."; б) в пункте 2 слова "местного экземпляра" заменить словами "экземпляра муниципального образования"; 4) в статье 6: а) в наименовании слово "бесплатного" исключить; б) в пункте 1: в абзаце первом слово "бесплатный" исключить; в абзаце втором слово "бесплатных" и слово "бесплатного" исключить; в абзаце третьем слово "бесплатные" исключить; 5) в статье 7: а) в наименовании слово "бесплатного" исключить; б) в пункте 1 слова "по вопросам печати, телерадиовещания и средств массовых коммуникаций" заменить словами "в сфере печати, средств массовой информации и массовых коммуникаций", слово "бесплатному" исключить; в) в пункте 2: абзац первый после слова "доставляют" дополнить словами "через полиграфические организации"; в абзацах втором - десятом слово "бесплатных" исключить; г) пункт 3 изложить в следующей редакции: "3. Производители документов доставляют через полиграфические организации по три обязательных экземпляра субъекта Российской Федерации всех видов печатных изданий в соответствующие книжные палаты и (или) библиотеки субъектов Российской Федерации в день выхода в свет первой партии тиража. Производители документов доставляют через полиграфические организации по два обязательных экземпляра муниципального образования всех видов печатных изданий в соответствующие библиотеки муниципальных образований в день выхода в свет первой партии тиража."; д) пункт 4 признать утратившим силу; 6) в статье 9: а) в наименовании слово "бесплатного" исключить; б) слово "бесплатных" исключить; 7) в статье 10: а) в наименовании слово "бесплатного" исключить; б) в пункте 1 слово "бесплатный" исключить; в) в пункте 2 слова "во Всероссийский научно-технический информационный центр федерального органа исполнительной власти по вопросам промышленности, науки и технологий" заменить словами "в орган научно-технической информации федерального органа исполнительной власти в сфере научной, научно-технической и инновационной деятельности, определяемый Правительством Российской Федерации,", слово "бесплатный" исключить; г) в пункте 3 слово "бесплатный" исключить, слова "Государственную центральную научную медицинскую библиотеку" заменить словами "Центральную научную медицинскую библиотеку Московской медицинской академии имени И.М.Сеченова"; д) в абзацах первом и втором пункта 4 слово "бесплатный" исключить; 8) статью 11 изложить в следующей редакции: "Статья 11. Доставка обязательного экземпляра официальных документов, стандартов 1. Органы государственной власти Российской Федерации и органы государственной власти субъектов Российской Федерации доставляют в Парламентскую библиотеку Российской Федерации после утверждения и регистрации (простановки регистрационного номера и гербовой печати) по два обязательных экземпляра официальных документов, которые включаются в списки рассылки документов несекретного характера.</w:t>
      </w:r>
    </w:p>
    <w:p>
      <w:r>
        <w:rPr>
          <w:b/>
        </w:rPr>
        <w:t xml:space="preserve">2. </w:t>
      </w:r>
      <w:r>
        <w:t>Производители документов доставляют в Российский научно-технический центр информации по стандартизации, метрологии и оценке соответствия по одному обязательному экземпляру стандартов.";</w:t>
      </w:r>
    </w:p>
    <w:p>
      <w:r>
        <w:rPr>
          <w:b/>
        </w:rPr>
        <w:t xml:space="preserve">2. </w:t>
      </w:r>
      <w:r>
        <w:t>На Российскую государственную библиотеку для слепых возлагаются комплектование, регистрация, ведение государственного библиографического учета, обеспечение сохранности и использования обязательного экземпляра изданий для слепых и слабовидящих</w:t>
      </w:r>
    </w:p>
    <w:p>
      <w:r>
        <w:rPr>
          <w:b/>
        </w:rPr>
        <w:t xml:space="preserve">3. </w:t>
      </w:r>
      <w:r>
        <w:t>На Парламентскую библиотеку Российской Федерации возлагаются комплектование, регистрация, ведение государственного библиографического учета и статистики официальных документов, обеспечение сохранности и использования обязательного экземпляра официальных документов, выпуск информационных изданий</w:t>
      </w:r>
    </w:p>
    <w:p>
      <w:r>
        <w:rPr>
          <w:b/>
        </w:rPr>
        <w:t xml:space="preserve">4. </w:t>
      </w:r>
      <w:r>
        <w:t>На Российский научно-технический центр информации по стандартизации, метрологии и оценке соответствия возлагаются комплектование, регистрация, ведение государственного библиографического учета, обеспечение сохранности и использования обязательного экземпляра стандартов</w:t>
      </w:r>
    </w:p>
    <w:p>
      <w:r>
        <w:rPr>
          <w:b/>
        </w:rPr>
        <w:t xml:space="preserve">5. </w:t>
      </w:r>
      <w:r>
        <w:t>В соответствии со статьей 10 настоящего Федерального закона комплектование, регистрация, ведение государственного библиографического учета, обеспечение сохранности и использования обязательного экземпляра, выпуск информационных изданий возлагаются на: орган научно-технической информации федерального органа исполнительной власти в сфере научной, научно-технической и инновационной деятельности, определяемый Правительством Российской Федерации, - по неопубликованным документам; Институт научной информации по общественным наукам Российской академии наук и Всероссийский институт научной и технической информации Российской академии наук - по депонированным рукописям; Российскую государственную библиотеку, Центральную научную медицинскую библиотеку Московской медицинской академии имени И.М.Сеченова - по диссертациям</w:t>
      </w:r>
    </w:p>
    <w:p>
      <w:r>
        <w:rPr>
          <w:b/>
        </w:rPr>
        <w:t xml:space="preserve">6. </w:t>
      </w:r>
      <w:r>
        <w:t>В соответствии со статьей 12 настоящего Федерального закона комплектование, регистрация, ведение государственного учета, обеспечение сохранности и использования обязательного экземпляра аудиовизуальной продукции в зависимости от ее вида возлагаются на Государственный фонд кинофильмов Российской Федерации, Российский государственный архив кинофотодокументов, Российский государственный архив фонодокументов и Государственный фонд телевизионных и радиопрограмм. На Российскую книжную палату возлагается направление обязательного экземпляра фонограмм и видеофильмов в Российскую государственную библиотеку и Российскую национальную библиотеку</w:t>
      </w:r>
    </w:p>
    <w:p>
      <w:r>
        <w:rPr>
          <w:b/>
        </w:rPr>
        <w:t xml:space="preserve">7. </w:t>
      </w:r>
      <w:r>
        <w:t>На Межотраслевой научно-исследовательский институт "Интеграл" возлагаются комплектование, регистрация, ведение государственного библиографического учета, обеспечение сохранности и использования обязательного федерального экземпляра программ для электронных вычислительных машин и баз данных.";</w:t>
      </w:r>
    </w:p>
    <w:p>
      <w:r>
        <w:rPr>
          <w:b/>
        </w:rPr>
        <w:t xml:space="preserve">2. </w:t>
      </w:r>
      <w:r>
        <w:t>в статье 12:</w:t>
      </w:r>
    </w:p>
    <w:p>
      <w:r>
        <w:rPr>
          <w:b/>
        </w:rPr>
        <w:t xml:space="preserve">2. </w:t>
      </w:r>
      <w:r>
        <w:t>в статье 13:</w:t>
      </w:r>
    </w:p>
    <w:p>
      <w:r>
        <w:rPr>
          <w:b/>
        </w:rPr>
        <w:t xml:space="preserve">2. </w:t>
      </w:r>
      <w:r>
        <w:t>статью 14 признать утратившей силу</w:t>
      </w:r>
    </w:p>
    <w:p>
      <w:r>
        <w:rPr>
          <w:b/>
        </w:rPr>
        <w:t xml:space="preserve">2. </w:t>
      </w:r>
      <w:r>
        <w:t>в статье 14 1 :</w:t>
      </w:r>
    </w:p>
    <w:p>
      <w:r>
        <w:rPr>
          <w:b/>
        </w:rPr>
        <w:t xml:space="preserve">2. </w:t>
      </w:r>
      <w:r>
        <w:t>в абзацах первом и седьмом статьи 16 слово "бесплатного" исключить</w:t>
      </w:r>
    </w:p>
    <w:p>
      <w:r>
        <w:rPr>
          <w:b/>
        </w:rPr>
        <w:t xml:space="preserve">2. </w:t>
      </w:r>
      <w:r>
        <w:t>в статье 17:</w:t>
      </w:r>
    </w:p>
    <w:p>
      <w:r>
        <w:rPr>
          <w:b/>
        </w:rPr>
        <w:t xml:space="preserve">2. </w:t>
      </w:r>
      <w:r>
        <w:t>статью 18 изложить в следующей редакции: "Статья 18. Обязанности организаций, централизованно получающих обязательный экземпляр 1. На Президентскую библиотеку имени Б.Н.Ельцина возлагаются комплектование, обеспечение сохранности и использования обязательного экземпляра электронных изданий</w:t>
      </w:r>
    </w:p>
    <w:p>
      <w:r>
        <w:rPr>
          <w:b/>
        </w:rPr>
        <w:t xml:space="preserve">2. </w:t>
      </w:r>
      <w:r>
        <w:t>в наименовании слово "бесплатного" исключить</w:t>
      </w:r>
    </w:p>
    <w:p>
      <w:r>
        <w:rPr>
          <w:b/>
        </w:rPr>
        <w:t xml:space="preserve">2. </w:t>
      </w:r>
      <w:r>
        <w:t>в пункте 1: в абзацах втором и третьем слово "бесплатных" исключить; в абзаце четвертом слово "бесплатному" исключить; в абзаце пятом слово "бесплатному" и слово "бесплатных" исключить; в абзаце шестом слово "бесплатных" исключить</w:t>
      </w:r>
    </w:p>
    <w:p>
      <w:r>
        <w:rPr>
          <w:b/>
        </w:rPr>
        <w:t xml:space="preserve">2. </w:t>
      </w:r>
      <w:r>
        <w:t>в наименовании слово "бесплатного" исключить, дополнить словами ", программ для электронных вычислительных машин и баз данных"</w:t>
      </w:r>
    </w:p>
    <w:p>
      <w:r>
        <w:rPr>
          <w:b/>
        </w:rPr>
        <w:t xml:space="preserve">2. </w:t>
      </w:r>
      <w:r>
        <w:t>в пункте 1 слово "бесплатный" и слова ", входящих в состав электронных изданий или являющихся самостоятельными изданиями" исключить</w:t>
      </w:r>
    </w:p>
    <w:p>
      <w:r>
        <w:rPr>
          <w:b/>
        </w:rPr>
        <w:t xml:space="preserve">2. </w:t>
      </w:r>
      <w:r>
        <w:t>в пункте 2 слова "четыре обязательных бесплатных экземпляра" заменить словами "пять обязательных экземпляров", после слов "патентных документов" дополнить словами ", официальных документов, стандартов"</w:t>
      </w:r>
    </w:p>
    <w:p>
      <w:r>
        <w:rPr>
          <w:b/>
        </w:rPr>
        <w:t xml:space="preserve">2. </w:t>
      </w:r>
      <w:r>
        <w:t>дополнить пунктом 3 следующего содержания: "3. Производители документов доставляют в Президентскую библиотеку имени Б.Н.Ельцина один обязательный экземпляр электронных изданий."</w:t>
      </w:r>
    </w:p>
    <w:p>
      <w:r>
        <w:rPr>
          <w:b/>
        </w:rPr>
        <w:t xml:space="preserve">2. </w:t>
      </w:r>
      <w:r>
        <w:t>пункт 1 изложить в следующей редакции: "1. Обязательный экземпляр может включать комбинированные документы и документы, содержащие аналогичную, зафиксированную на различных носителях информацию. Обязательный экземпляр, состоящий из комбинированных документов, должен рассылаться единым комплектом получателям обязательного экземпляра в соответствии со статьями 7 - 13 настоящего Федерального закона."</w:t>
      </w:r>
    </w:p>
    <w:p>
      <w:r>
        <w:rPr>
          <w:b/>
        </w:rPr>
        <w:t xml:space="preserve">2. </w:t>
      </w:r>
      <w:r>
        <w:t>в пункте 2 слово "бесплатного" исключить</w:t>
      </w:r>
    </w:p>
    <w:p>
      <w:r>
        <w:rPr>
          <w:b/>
        </w:rPr>
        <w:t xml:space="preserve">2. </w:t>
      </w:r>
      <w:r>
        <w:t>наименование после слова "централизованно" дополнить словами "получающих и"</w:t>
      </w:r>
    </w:p>
    <w:p>
      <w:r>
        <w:rPr>
          <w:b/>
        </w:rPr>
        <w:t xml:space="preserve">2. </w:t>
      </w:r>
      <w:r>
        <w:t>в пункте 1: абзац второй изложить в следующей редакции: "осуществление государственной регистрации печатных изданий (библиографической и статистической), подготовка листов государственной регистрации, ведение государственного библиографического учета печатных изданий, комплектование Национального фондохранилища отечественных печатных изданий, обеспечение их сохранности и использования на основе получения одного обязательного федерального экземпляра печатных изданий;"; в абзаце третьем слово "бесплатных" исключить, слово "изданий" заменить словами "печатных изданий, фонограмм и видеофильмов", слова "перечнем, утверждаемым Правительством Российской Федерации" заменить словами "утверждаемыми Правительством Российской Федерации перечнем и правилами доставки"; в абзаце четвертом слово "бесплатного" исключить, слово "изданий" заменить словами "печатных изданий"</w:t>
      </w:r>
    </w:p>
    <w:p>
      <w:r>
        <w:rPr>
          <w:b/>
        </w:rPr>
        <w:t xml:space="preserve">2. </w:t>
      </w:r>
      <w:r>
        <w:t>пункт 2 изложить в следующей редакции: "2. Обязанности книжных палат и (или) библиотек субъектов Российской Федерации по распределению и доставке различных видов документов, входящих в обязательный экземпляр субъекта Российской Федерации, и контролю за их распределением и доставкой устанавливают органы государственной власти субъектов Российской Федерации."</w:t>
      </w:r>
    </w:p>
    <w:p>
      <w:r>
        <w:rPr>
          <w:b/>
        </w:rPr>
        <w:t xml:space="preserve">2. </w:t>
      </w:r>
      <w:r>
        <w:t>дополнить пунктом 2 1 следующего содержания: "2 1 . Обязанности библиотек муниципальных образований по распределению и доставке различных видов документов, входящих в обязательный экземпляр муниципального образования, и контролю за их распределением и доставкой устанавливают органы местного самоуправления."</w:t>
      </w:r>
    </w:p>
    <w:p>
      <w:r>
        <w:rPr>
          <w:b/>
        </w:rPr>
        <w:t xml:space="preserve">2. </w:t>
      </w:r>
      <w:r>
        <w:t>в пункте 3: в абзаце втором слово "бесплатного" исключить, слова "(за исключением патентных документов на электронных носителях)" заменить словами ", ведение государственного библиографического учета электронных изданий", слова "обеспечение постоянного хранения" заменить словами "обеспечение сохранности"; в абзаце третьем слово "бесплатного" и слова "(за исключением патентных документов на электронных носителях)" исключить, слова "перечнем, утверждаемым Правительством Российской Федерации" заменить словами "утверждаемыми Правительством Российской Федерации перечнем и правилами доставки"; дополнить абзацем следующего содержания: "контроль за полнотой и оперативностью доставки обязательного федерального экземпляра электронных изданий."</w:t>
      </w:r>
    </w:p>
    <w:p>
      <w:r>
        <w:rPr>
          <w:b/>
        </w:rPr>
        <w:t xml:space="preserve">2. </w:t>
      </w:r>
      <w:r>
        <w:t>в пункте 4: абзац второй изложить в следующей редакции: "изготовление, комплектование, ведение государственного библиографического учета, обеспечение сохранности и использования обязательного экземпляра патентных документов на электронных носителях;"; в абзаце третьем слово "бесплатных" исключить, слова "перечнем, устанавливаемым Правительством Российской Федерации" заменить словами "утверждаемыми Правительством Российской Федерации перечнем и правилами доставки"</w:t>
      </w:r>
    </w:p>
    <w:p>
      <w:r>
        <w:rPr>
          <w:b/>
        </w:rPr>
        <w:t xml:space="preserve">2. </w:t>
      </w:r>
      <w:r>
        <w:t>дополнить пунктом 4 1 следующего содержания: "4 1 . Организации, централизованно распределяющие обязательный экземпляр, предоставляют по запросам органов государственной власти, судебных и правоохранительных органов сведения о государственной регистрации документов и копии зарегистрированных документов."</w:t>
      </w:r>
    </w:p>
    <w:p>
      <w:r>
        <w:rPr>
          <w:b/>
        </w:rPr>
        <w:t xml:space="preserve">2. </w:t>
      </w:r>
      <w:r>
        <w:t>пункт 5 признать утратившим силу</w:t>
      </w:r>
    </w:p>
    <w:p>
      <w:r>
        <w:rPr>
          <w:b/>
        </w:rPr>
        <w:t xml:space="preserve">7. </w:t>
      </w:r>
      <w:r>
        <w:t>в статье 19:</w:t>
      </w:r>
    </w:p>
    <w:p>
      <w:r>
        <w:rPr>
          <w:b/>
        </w:rPr>
        <w:t xml:space="preserve">7. </w:t>
      </w:r>
      <w:r>
        <w:t>в пунктах 2 и 3 статьи 20 слово "бесплатного" исключить</w:t>
      </w:r>
    </w:p>
    <w:p>
      <w:r>
        <w:rPr>
          <w:b/>
        </w:rPr>
        <w:t xml:space="preserve">7. </w:t>
      </w:r>
      <w:r>
        <w:t>статью 21 изложить в следующей редакции: "Статья 21. Контроль за доставкой обязательного экземпляра Контроль за доставкой обязательного экземпляра получателям документов возлагается на организации, осуществляющие регистрацию и учет соответствующих видов обязательного экземпляра. Сведения о недоставке, несвоевременной и неполной доставке обязательного федерального экземпляра, обязательного экземпляра субъекта Российской Федерации, обязательного экземпляра муниципального образования представляются соответственно в осуществляющие контроль за представлением обязательного экземпляра федеральные органы исполнительной власти, органы исполнительной власти субъектов Российской Федерации, органы местного самоуправления. Порядок осуществления контроля за представлением обязательного экземпляра определяется Правительством Российской Федерации."</w:t>
      </w:r>
    </w:p>
    <w:p>
      <w:r>
        <w:rPr>
          <w:b/>
        </w:rPr>
        <w:t xml:space="preserve">7. </w:t>
      </w:r>
      <w:r>
        <w:t>в статье 22:</w:t>
      </w:r>
    </w:p>
    <w:p>
      <w:r>
        <w:rPr>
          <w:b/>
        </w:rPr>
        <w:t xml:space="preserve">7. </w:t>
      </w:r>
      <w:r>
        <w:t>в статье 23 слова "За несвоевременную" заменить словами "За недоставку, несвоевременную". Статья 2 Пункт 11 и абзацы четырнадцатый - шестнадцатый пункта 14 статьи 1 Федерального закона от 11 февраля 2002 года № 19-ФЗ "О внесении изменений и дополнений в Федеральный закон "Об обязательном экземпляре документов" (Собрание законодательства Российской Федерации, 2002, № 7, ст. 630) признать утратившими силу. Президент Российской Федерации В.Путин Москва, Кремль 26 марта 2008 года № 28-ФЗ</w:t>
      </w:r>
    </w:p>
    <w:p>
      <w:r>
        <w:rPr>
          <w:b/>
        </w:rPr>
        <w:t xml:space="preserve">7. </w:t>
      </w:r>
      <w:r>
        <w:t>в наименовании слово "бесплатного" исключить</w:t>
      </w:r>
    </w:p>
    <w:p>
      <w:r>
        <w:rPr>
          <w:b/>
        </w:rPr>
        <w:t xml:space="preserve">7. </w:t>
      </w:r>
      <w:r>
        <w:t>в пункте 1: в абзаце первом слово "бесплатного" исключить; в абзаце втором слова "по изданиям" заменить словами "по печатным изданиям"; абзац шестой изложить в следующей редакции: "Российский научно-технический центр информации по стандартизации, метрологии и оценке соответствия - по стандартам;"; абзац седьмой изложить в следующей редакции: "орган научно-технической информации федерального органа исполнительной власти в сфере научной, научно-технической и инновационной деятельности, определяемый Правительством Российской Федерации, Всероссийский институт научной и технической информации Российской академии наук, Институт научной информации по общественным наукам Российской академии наук, Российская государственная библиотека, Центральная научная медицинская библиотека Московской медицинской академии имени И.М.Сеченова - по соответствующим видам неопубликованных документов;"; в абзаце восьмом слова "и электронным изданиям, за исключением программ для электронных вычислительных машин и баз данных" исключить; в абзаце десятом слова ", входящим в состав электронных изданий или являющимся самостоятельными изданиями" исключить; абзац одиннадцатый изложить в следующей редакции: "Научно-технический центр "Информрегистр", Российскую государственную библиотеку, Российскую национальную библиотеку, Государственную публичную научно-техническую библиотеку Сибирского отделения Российской академии наук - по электронным изданиям, указанным в пункте 2 статьи 13 настоящего Федерального закона;"; дополнить абзацем следующего содержания: "Президентскую библиотеку имени Б.Н.Ельцина - по электронным изданиям."</w:t>
      </w:r>
    </w:p>
    <w:p>
      <w:r>
        <w:rPr>
          <w:b/>
        </w:rPr>
        <w:t xml:space="preserve">7. </w:t>
      </w:r>
      <w:r>
        <w:t>в пункте 2 слово "бесплатных" исключить</w:t>
      </w:r>
    </w:p>
    <w:p>
      <w:r>
        <w:rPr>
          <w:b/>
        </w:rPr>
        <w:t xml:space="preserve">7. </w:t>
      </w:r>
      <w:r>
        <w:t>в наименовании слово "бесплатном" исключить</w:t>
      </w:r>
    </w:p>
    <w:p>
      <w:r>
        <w:rPr>
          <w:b/>
        </w:rPr>
        <w:t xml:space="preserve">7. </w:t>
      </w:r>
      <w:r>
        <w:t>пункт 1 изложить в следующей редакции: "1. Российская книжная палата издает государственные библиографические указатели, которые включают сведения о поступающих в Российскую книжную палату печатных изданиях, фонограммах и видеофильмах."</w:t>
      </w:r>
    </w:p>
    <w:p>
      <w:r>
        <w:rPr>
          <w:b/>
        </w:rPr>
        <w:t xml:space="preserve">7. </w:t>
      </w:r>
      <w:r>
        <w:t>в пункте 2: в абзаце первом слово "бесплатном" исключить; в абзаце втором слова "Всероссийский научно-технический информационный центр федерального органа исполнительной власти по вопросам промышленности, науки и технологий" заменить словами "орган научно-технической информации федерального органа исполнительной власти в сфере научной, научно-технической и инновационной деятельности, определяемый Правительством Российской Федерации"</w:t>
      </w:r>
    </w:p>
    <w:p>
      <w:r>
        <w:rPr>
          <w:b/>
        </w:rPr>
        <w:t xml:space="preserve">7. </w:t>
      </w:r>
      <w:r>
        <w:t>в пункте 3 слово "бесплатном" и слово "государственных" исключить, слова "Федеральный фонд государственных стандартов и общероссийский классификатор технико-экономической информации, международных (региональных) правил, норм и рекомендаций стандартизации зарубежных стран" заменить словами "Российский научно-технический центр информации по стандартизации, метрологии и оценке соответствия"</w:t>
      </w:r>
    </w:p>
    <w:p>
      <w:r>
        <w:rPr>
          <w:b/>
        </w:rPr>
        <w:t xml:space="preserve">7. </w:t>
      </w:r>
      <w:r>
        <w:t>в пункте 4 слово "бесплатном" и слова ", входящих в состав электронных изданий или являющихся самостоятельными изданиями," исключить</w:t>
      </w:r>
    </w:p>
    <w:p>
      <w:r>
        <w:rPr>
          <w:b/>
        </w:rPr>
        <w:t xml:space="preserve">7. </w:t>
      </w:r>
      <w:r>
        <w:t>в абзаце первом пункта 5 слово "бесплатном" исключить</w:t>
      </w:r>
    </w:p>
    <w:p>
      <w:r>
        <w:rPr>
          <w:b/>
        </w:rPr>
        <w:t xml:space="preserve">7. </w:t>
      </w:r>
      <w:r>
        <w:t>дополнить пунктом 6 следующего содержания: "6. Информирование потребителей об обязательном федеральном экземпляре изданий для слепых и слабовидящих возлагается на Российскую государственную библиотеку для слепых."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