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547 - 550) изменение, заменив слова "Республика Тыва - 14" словами "Республика Тыва - 16".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Тыва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