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экологической экспертизе" и статьи 49 и 54 Градостроительного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23 ноября 1995 года № 174-ФЗ "Об экологической экспертизе" (Собрание законодательства Российской Федерации, 1995, № 48, ст. 4556; 2004, № 35, ст. 3607; № 52, ст. 5276; 2006, № 1, ст. 10; № 50, ст. 5279; № 52, ст. 5498) следующие изменения</w:t>
      </w:r>
    </w:p>
    <w:p>
      <w:r>
        <w:t>статью 11 дополнить подпунктом 71 следующего содержания: "71) проектная документация объектов, строительство, реконструкцию, капитальный ремонт которых предполагается осуществлять на землях особо охраняемых природных территорий федерального значения, а также проектная документация особо опасных, технически сложных и уникальных объектов, объектов обороны и безопасности, строительство, реконструкцию, капитальный ремонт которых предполагается осуществлять на землях особо охраняемых природных территорий регионального и местного значения, в случаях, если строительство, реконструкция, капитальный ремонт таких объектов на землях особо охраняемых природных территорий допускаются законодательством Российской Федерации и законодательством субъектов Российской Федерации;"</w:t>
      </w:r>
    </w:p>
    <w:p>
      <w:r>
        <w:t>статью 12 дополнить подпунктом 41 следующего содержания: "41) проектная документация объектов, строительство, реконструкцию, капитальный ремонт которых предполагается осуществлять на землях особо охраняемых природных территорий регионального и местного значения, за исключением проектной документации объектов, указанных в подпункте 71 статьи 11 настоящего Федерального закона, в соответствии с законодательством Российской Федерации и законодательством субъектов Российской Федерации;"</w:t>
      </w:r>
    </w:p>
    <w:p>
      <w:r>
        <w:t>в статье 14: а) в пункте 1: абзац первый после слов "Государственная экологическая экспертиза" дополнить словами "объектов, указанных в статьях 11 и 12 настоящего Федерального закона, за исключением объектов, указанных в подпункте 71 статьи 11 и подпункте 41 статьи 12 настоящего Федерального закона"; абзац второй после слов "со статьями 11 и 12 настоящего Федерального закона" дополнить словами ", за исключением объектов, указанных в подпункте 71 статьи 11 и подпункте 41 статьи 12 настоящего Федерального закона"; б) дополнить пунктом 11 следующего содержания: "11. Государственная экологическая экспертиза объектов, указанных в подпункте 71 статьи 11 и подпункте 41 статьи 12 настоящего Федерального закона, в том числе повторная, проводится при условии соответствия формы и содержания материалов, направляемых федеральным органом исполнительной власти, органом исполнительной власти субъекта Российской Федерации, уполномоченными на проведение государственной экспертизы проектной документации, требованиям настоящего Федерального закона, установленному порядку проведения государственной экологической экспертизы и при наличии в составе направляемых материалов: документации, подлежащей государственной экологической экспертизе и содержащей материалы оценки воздействия объектов, строительство, реконструкцию, капитальный ремонт которых предполагается осуществлять на землях особо охраняемых природных территорий, на соответствующую особо охраняемую природную территорию; заключений общественной экологической экспертизы в случае ее проведения; материалов обсуждений объекта государственной экологической экспертизы с гражданами и общественными организациями (объединениями), организованных органами местного самоуправления. При направлении материалов на государственную экологическую экспертизу объектов, указанных в подпункте 71 статьи 11 и подпункте 41 статьи 12 настоящего Федерального закона, правами и обязанностями в соответствии со статьями 26 и 27 настоящего Федерального закона обладает лицо, являющееся заказчиком в соответствии с Градостроительным кодексом Российской Федерации."; в) пункт 3 изложить в следующей редакции: "3. Начало срока проведения государственной экологической экспертизы устанавливается не позднее чем через один месяц, а в отношении объектов, указанных в подпункте 71 статьи 11 и подпункте 41 статьи 12 настоящего Федерального закона, не позднее чем через три дня после ее оплаты и приемки комплекта необходимых материалов и документов в полном объеме и в количестве, которые соответствуют требованиям пунктов 1, 11 и 2 настоящей статьи."; г) пункт 4 изложить в следующей редакции: "4. Срок проведения государственной экологической экспертизы определяется сложностью объекта государственной экологической экспертизы, устанавливаемой в соответствии с нормативными документами федерального органа исполнительной власти в области экологической экспертизы, но не должен превышать шесть месяцев или в отношении объектов, указанных в подпункте 71 статьи 11 и подпункте 41 статьи 12 настоящего Федерального закона, три месяца."; д) дополнить пунктом 41 следующего содержания: "41. Направление материалов на проведение государственной экологической экспертизы объектов, указанных в подпункте 71 статьи 11 и подпункте 41 статьи 12 настоящего Федерального закона, осуществляется федеральным органом исполнительной власти, органом исполнительной власти субъекта Российской Федерации, уполномоченными на проведение государственной экспертизы проектной документации, в течение трех дней с даты представления этих материалов в данные органы."</w:t>
      </w:r>
    </w:p>
    <w:p>
      <w:r>
        <w:t>статью 25 дополнить пунктом 21 следующего содержания: "21. При проведении государственной экологической экспертизы заключение общественной экологической экспертизы учитывается в случае, если общественная экологическая экспертиза была проведена в отношении того же объекта до дня окончания срока проведения государственной экологической экспертизы."</w:t>
      </w:r>
    </w:p>
    <w:p>
      <w:r>
        <w:rPr>
          <w:b/>
        </w:rPr>
        <w:t>Статья 2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52, ст. 5498; 2007, № 31, ст. 4012; № 50, ст. 6237) следующие изменения: 1) в статье 49: а) наименование изложить в следующей редакции: "Статья 49. Государственная экспертиза проектной документации и результатов инженерных изысканий, государственная экологическая экспертиза проектной документации объектов, строительство, реконструкцию, капитальный ремонт которых предполагается осуществлять в исключительной экономической зоне Российской Федерации, на континентальном шельфе Российской Федерации, во внутренних морских водах, в территориальном море Российской Федерации, на землях особо охраняемых природных территорий"; б) часть 6 дополнить словами ", на землях особо охраняемых природных территорий"; в) дополнить частями 61 - 63 следующего содержания: "61. Для проведения государственной экспертизы проектной документации и государственной экологической экспертизы проектной документации объектов, строительство, реконструкцию, капитальный ремонт которых предполагается осуществлять на землях особо охраняемых природных территорий, такая проектная документация в установленном Правительством Российской Федерации порядке представляется в: 1) федеральный орган исполнительной власти, уполномоченный на проведение государственной экспертизы проектной документации, в отношении объектов, строительство, реконструкцию, капитальный ремонт которых предполагается осуществлять на землях особо охраняемых природных территорий федерального значения, и в отношении особо опасных, технически сложных и уникальных объектов, объектов обороны и безопасности, строительство, реконструкцию, капитальный ремонт которых предполагается осуществлять на землях особо охраняемых природных территорий регионального и местного значения, в случаях, если строительство, реконструкция, капитальный ремонт таких объектов на землях особо охраняемых природных территорий допускаются законодательством Российской Федерации и законодательством субъектов Российской Федерации; 2) орган исполнительной власти субъекта Российской Федерации, уполномоченный на проведение государственной экспертизы проектной документации, в отношении объектов, строительство, реконструкцию, капитальный ремонт которых предполагается осуществлять на землях особо охраняемых природных территорий регионального и местного значения, за исключением проектной документации объектов, указанных в пункте 1 настоящей части.</w:t>
      </w:r>
    </w:p>
    <w:p>
      <w:r>
        <w:rPr>
          <w:b/>
        </w:rPr>
        <w:t xml:space="preserve">62. </w:t>
      </w:r>
      <w:r>
        <w:t>Федеральный орган исполнительной власти, орган исполнительной власти субъекта Российской Федерации, уполномоченные на проведение государственной экспертизы проектной документации и в соответствии с частью 4 настоящей статьи осуществляющие такую государственную экспертизу, направляют представленную заказчиком проектную документацию объектов, указанных в подпункте 71 статьи 11 и подпункте 41 статьи 12 Федерального закона от 23 ноября 1995 года № 174-ФЗ "Об экологической экспертизе", на государственную экологическую экспертизу в установленном данным Федеральным законом порядке</w:t>
      </w:r>
    </w:p>
    <w:p>
      <w:r>
        <w:rPr>
          <w:b/>
        </w:rPr>
        <w:t xml:space="preserve">63. </w:t>
      </w:r>
      <w:r>
        <w:t>Результатами проведения государственной экспертизы проектной документации и государственной экологической экспертизы проектной документации объектов, строительство, реконструкцию, капитальный ремонт которых предполагается осуществлять на землях особо охраняемых природных территорий, являются соответствующие заключения.";</w:t>
      </w:r>
    </w:p>
    <w:p>
      <w:r>
        <w:rPr>
          <w:b/>
        </w:rPr>
        <w:t xml:space="preserve">63. </w:t>
      </w:r>
      <w:r>
        <w:t>в статье 54:</w:t>
      </w:r>
    </w:p>
    <w:p>
      <w:r>
        <w:rPr>
          <w:b/>
        </w:rPr>
        <w:t xml:space="preserve">63. </w:t>
      </w:r>
      <w:r>
        <w:t>часть 31 после слов "территориальном море Российской Федерации" дополнить словами ", на землях особо охраняемых природных территорий"</w:t>
      </w:r>
    </w:p>
    <w:p>
      <w:r>
        <w:rPr>
          <w:b/>
        </w:rPr>
        <w:t xml:space="preserve">63. </w:t>
      </w:r>
      <w:r>
        <w:t>часть 7 дополнить словами ", на землях особо охраняемых природных территорий"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