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42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None. Федеральный закон   от 10.06.2008 № 77-ФЗ</w:t>
      </w:r>
    </w:p>
    <w:p>
      <w:r>
        <w:t>О внесении изменения в статью 42 Федерального закона "Об общих принципах организации местного самоуправления в Российской Федерации" РОССИЙСКАЯ ФЕДЕРАЦИЯ ФЕДЕРАЛЬНЫЙ ЗАКОН Утратил силу - Федеральный закон от 20.03.2025 № 33-ФЗ О внесении изменения в статью 42 Федерального закона "Об общих принципах организации местного самоуправления в Российской Федерации" Принят Государственной Думой 23 мая 2008 года Одобрен Советом Федерации 30 мая 2008 года Внести в статью 42 Федерального закона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3822) изменение, заменив слова "и уставами муниципальных образований" словами ", уставами муниципальных образований и иными муниципальными правовыми актами". Президент Российской Федерации Д.Медведев Москва, Кремль 10 июня 2008 года № 77-ФЗ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