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минимальном размере оплаты труда"</w:t>
      </w:r>
    </w:p>
    <w:p>
      <w:r>
        <w:rPr>
          <w:b/>
        </w:rPr>
        <w:t>Статья 1</w:t>
      </w:r>
    </w:p>
    <w:p>
      <w:r>
        <w:t>Внести в статью 1 Федерального закона от 19 июня 2000 года № 82-ФЗ "О минимальном размере оплаты труда" (Собрание законодательства Российской Федерации, 2000, № 26, ст. 2729; 2002, № 18, ст. 1722; 2003, № 40, ст. 3818; 2005, № 1, ст. 24; 2007, № 17, ст. 1930) изменение, изложив ее в следующей редакции: "Статья 1. Установить минимальный размер оплаты труда с 1 января 2009 года в сумме 4 330 рублей в месяц.".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