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6049 - 6054; 2008, № 7, ст. 547 - 550; № 14, ст. 1354; № 19, ст. 2095 - 2097) изменение, заменив слова "Смоленская область - 52" словами "Смоленская область - 56".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Смоленской области в 2008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