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22.07.2008 № 126-ФЗ</w:t>
      </w:r>
    </w:p>
    <w:p>
      <w:r>
        <w:t>О внесении изменения в статью 28.7 Кодекса Российской Федерации об административных правонарушениях РОССИЙСКАЯ ФЕДЕРАЦИЯ ФЕДЕРАЛЬНЫЙ ЗАКОН О внесении изменения в статью 28.7 Кодекса Российской Федерации об административных правонарушениях Принят Государственной Думой 2 июля 2008 года Одобрен Советом Федерации 11 июля 2008 года Внести в часть 1 статьи 28.7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2004, № 34, ст. 3533; 2006, № 1, ст. 4, 10; № 2, ст. 175; № 6, ст. 636; № 19, ст. 2066; № 31, ст. 3438; 2007, № 31, ст. 4007) изменение, дополнив ее после слов "законодательства о противодействии легализации (отмыванию) доходов, полученных преступным путем, и финансированию терроризма," словами "законодательства о наркотических средствах, психотропных веществах и об их прекурсорах,". Президент Российской Федерации Д.Медведев Москва, Кремль 22 июля 2008 года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